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34F5B" w:rsidRDefault="00A0757B">
      <w:pPr>
        <w:spacing w:after="240"/>
        <w:jc w:val="center"/>
      </w:pPr>
      <w:r>
        <w:rPr>
          <w:b/>
        </w:rPr>
        <w:t>ACADEMIC COOPERATION AGREEMENT</w:t>
      </w:r>
    </w:p>
    <w:p w:rsidR="00634F5B" w:rsidRDefault="00A0757B">
      <w:pPr>
        <w:spacing w:after="120"/>
      </w:pPr>
      <w:r>
        <w:rPr>
          <w:b/>
        </w:rPr>
        <w:t>concluded between:</w:t>
      </w:r>
    </w:p>
    <w:p w:rsidR="00634F5B" w:rsidRDefault="00A0757B">
      <w:pPr>
        <w:spacing w:after="120"/>
      </w:pPr>
      <w:r>
        <w:t>[Name of Institution]</w:t>
      </w:r>
      <w:r>
        <w:br/>
        <w:t>represented by:</w:t>
      </w:r>
      <w:r>
        <w:br/>
        <w:t>[…]</w:t>
      </w:r>
    </w:p>
    <w:p w:rsidR="00634F5B" w:rsidRPr="00A0757B" w:rsidRDefault="00A0757B">
      <w:pPr>
        <w:spacing w:after="120"/>
        <w:jc w:val="center"/>
        <w:rPr>
          <w:lang w:val="pl-PL"/>
        </w:rPr>
      </w:pPr>
      <w:r w:rsidRPr="00A0757B">
        <w:rPr>
          <w:lang w:val="pl-PL"/>
        </w:rPr>
        <w:t>and</w:t>
      </w:r>
    </w:p>
    <w:p w:rsidR="00634F5B" w:rsidRDefault="00A0757B">
      <w:pPr>
        <w:spacing w:after="120"/>
      </w:pPr>
      <w:r w:rsidRPr="00A0757B">
        <w:rPr>
          <w:lang w:val="pl-PL"/>
        </w:rPr>
        <w:t>Kazimierz Wielki University</w:t>
      </w:r>
      <w:r w:rsidRPr="00A0757B">
        <w:rPr>
          <w:lang w:val="pl-PL"/>
        </w:rPr>
        <w:br/>
        <w:t>(Uniwersytet Kazimierza Wielkiego – UKW)</w:t>
      </w:r>
      <w:r w:rsidRPr="00A0757B">
        <w:rPr>
          <w:lang w:val="pl-PL"/>
        </w:rPr>
        <w:br/>
        <w:t xml:space="preserve">ul. </w:t>
      </w:r>
      <w:proofErr w:type="spellStart"/>
      <w:r>
        <w:t>Chodkiewicza</w:t>
      </w:r>
      <w:proofErr w:type="spellEnd"/>
      <w:r>
        <w:t xml:space="preserve"> 30, 85-064 Bydgoszcz, Poland</w:t>
      </w:r>
      <w:r>
        <w:br/>
        <w:t>represented by:</w:t>
      </w:r>
      <w:r>
        <w:br/>
        <w:t>[…]</w:t>
      </w:r>
    </w:p>
    <w:p w:rsidR="00634F5B" w:rsidRDefault="00A0757B">
      <w:pPr>
        <w:spacing w:after="240"/>
      </w:pPr>
      <w:r>
        <w:t>hereinafter jointly referred to as the “Parties” and individually as a “Party.”</w:t>
      </w:r>
    </w:p>
    <w:p w:rsidR="00634F5B" w:rsidRDefault="00A0757B">
      <w:pPr>
        <w:spacing w:after="240"/>
      </w:pPr>
      <w:r>
        <w:t>The Parties, guided by the intention to strengthen mutual academic collaboration, hereby agree to establish cooperation aimed at fostering the exchange of students, academic staff, and researchers, as well as developing academic, scientific, and cultural relations between the Parties.</w:t>
      </w:r>
    </w:p>
    <w:p w:rsidR="00634F5B" w:rsidRDefault="00A0757B" w:rsidP="00A0757B">
      <w:pPr>
        <w:spacing w:after="120"/>
        <w:jc w:val="center"/>
      </w:pPr>
      <w:r>
        <w:rPr>
          <w:b/>
        </w:rPr>
        <w:t>§ 1</w:t>
      </w:r>
    </w:p>
    <w:p w:rsidR="00634F5B" w:rsidRDefault="00A0757B">
      <w:pPr>
        <w:spacing w:after="120"/>
      </w:pPr>
      <w:r>
        <w:t>The Parties agree to undertake the following forms of cooperation:</w:t>
      </w:r>
    </w:p>
    <w:p w:rsidR="00634F5B" w:rsidRDefault="00A0757B">
      <w:pPr>
        <w:spacing w:after="120"/>
      </w:pPr>
      <w:r>
        <w:t>1. Collaboration in the field of scientific research and teaching;</w:t>
      </w:r>
    </w:p>
    <w:p w:rsidR="00634F5B" w:rsidRDefault="00A0757B">
      <w:pPr>
        <w:spacing w:after="120"/>
      </w:pPr>
      <w:r>
        <w:t>2. Exchange of academic and research staff for the purpose of developing mutual cooperation;</w:t>
      </w:r>
    </w:p>
    <w:p w:rsidR="00634F5B" w:rsidRDefault="00A0757B">
      <w:pPr>
        <w:spacing w:after="120"/>
      </w:pPr>
      <w:r>
        <w:t>3. Exchange of students;</w:t>
      </w:r>
    </w:p>
    <w:p w:rsidR="00634F5B" w:rsidRDefault="00A0757B">
      <w:pPr>
        <w:spacing w:after="120"/>
      </w:pPr>
      <w:r>
        <w:t>4. Implementation of joint cultural programmes;</w:t>
      </w:r>
    </w:p>
    <w:p w:rsidR="00634F5B" w:rsidRDefault="00A0757B">
      <w:pPr>
        <w:spacing w:after="120"/>
      </w:pPr>
      <w:r>
        <w:t>5. Exchange of information, teaching materials, research outputs, and academic publications in areas of mutual interest.</w:t>
      </w:r>
    </w:p>
    <w:p w:rsidR="00634F5B" w:rsidRDefault="00A0757B" w:rsidP="00A0757B">
      <w:pPr>
        <w:spacing w:after="120"/>
        <w:jc w:val="center"/>
      </w:pPr>
      <w:r>
        <w:rPr>
          <w:b/>
        </w:rPr>
        <w:t>§ 2</w:t>
      </w:r>
    </w:p>
    <w:p w:rsidR="00634F5B" w:rsidRDefault="00A0757B">
      <w:pPr>
        <w:spacing w:after="120"/>
      </w:pPr>
      <w:r>
        <w:t>1. Cooperation shall be carried out between the relevant organizational units of the Parties, including, in particular, faculties, institutes, and departments of Kazimierz Wielki University and their corresponding units within [Name of Institution].</w:t>
      </w:r>
    </w:p>
    <w:p w:rsidR="00634F5B" w:rsidRDefault="00A0757B">
      <w:pPr>
        <w:spacing w:after="120"/>
      </w:pPr>
      <w:r>
        <w:t>2. The Parties may establish separate cooperation projects. Such projects shall be defined by the Agreement Coordinators or other duly authorized persons and shall specify in detail the manner of implementation of this Agreement.</w:t>
      </w:r>
    </w:p>
    <w:p w:rsidR="00A0757B" w:rsidRDefault="00A0757B">
      <w:pPr>
        <w:spacing w:after="120"/>
      </w:pPr>
    </w:p>
    <w:p w:rsidR="00634F5B" w:rsidRDefault="00A0757B" w:rsidP="00A0757B">
      <w:pPr>
        <w:spacing w:after="120"/>
        <w:jc w:val="center"/>
      </w:pPr>
      <w:r>
        <w:rPr>
          <w:b/>
        </w:rPr>
        <w:lastRenderedPageBreak/>
        <w:t>§ 3</w:t>
      </w:r>
    </w:p>
    <w:p w:rsidR="00634F5B" w:rsidRDefault="00A0757B">
      <w:pPr>
        <w:spacing w:after="120"/>
      </w:pPr>
      <w:r>
        <w:t>The implementation of this Agreement shall be supervised by Coordinators appointed by each of the Parties.</w:t>
      </w:r>
    </w:p>
    <w:p w:rsidR="00634F5B" w:rsidRDefault="00A0757B">
      <w:pPr>
        <w:spacing w:after="120"/>
      </w:pPr>
      <w:r>
        <w:t>For Kazimierz Wielki University: […]</w:t>
      </w:r>
    </w:p>
    <w:p w:rsidR="00634F5B" w:rsidRDefault="00A0757B">
      <w:pPr>
        <w:spacing w:after="120"/>
      </w:pPr>
      <w:r>
        <w:t>For [Name of Institution]: […]</w:t>
      </w:r>
    </w:p>
    <w:p w:rsidR="00634F5B" w:rsidRDefault="00A0757B" w:rsidP="00A0757B">
      <w:pPr>
        <w:spacing w:after="120"/>
        <w:jc w:val="center"/>
      </w:pPr>
      <w:r>
        <w:rPr>
          <w:b/>
        </w:rPr>
        <w:t>§ 4</w:t>
      </w:r>
    </w:p>
    <w:p w:rsidR="00634F5B" w:rsidRDefault="00A0757B">
      <w:pPr>
        <w:spacing w:after="120"/>
      </w:pPr>
      <w:r>
        <w:t>1. Any issues or uncertainties arising during the implementation of joint projects shall be resolved by the Coordinators referred to in § 3.</w:t>
      </w:r>
    </w:p>
    <w:p w:rsidR="00634F5B" w:rsidRDefault="00A0757B">
      <w:pPr>
        <w:spacing w:after="120"/>
      </w:pPr>
      <w:r>
        <w:t>2. In the event of discrepancies in interpretation, the English language version of this Agreement shall prevail.</w:t>
      </w:r>
    </w:p>
    <w:p w:rsidR="00634F5B" w:rsidRDefault="00A0757B">
      <w:pPr>
        <w:spacing w:after="120"/>
      </w:pPr>
      <w:r>
        <w:t>3. This Agreement is concluded for an indefinite period and shall enter into force on the date of its signature by both Parties.</w:t>
      </w:r>
    </w:p>
    <w:p w:rsidR="00634F5B" w:rsidRDefault="00A0757B">
      <w:pPr>
        <w:spacing w:after="120"/>
      </w:pPr>
      <w:r>
        <w:t>4. Either Party may terminate this Agreement by giving one (1) month’s written notice. Termination shall take effect on the first day of the month following the month in which the notice is received by the other Party.</w:t>
      </w:r>
    </w:p>
    <w:p w:rsidR="00634F5B" w:rsidRDefault="00A0757B" w:rsidP="00A0757B">
      <w:pPr>
        <w:spacing w:after="120"/>
        <w:jc w:val="center"/>
      </w:pPr>
      <w:r>
        <w:rPr>
          <w:b/>
        </w:rPr>
        <w:t>§ 5</w:t>
      </w:r>
    </w:p>
    <w:p w:rsidR="00634F5B" w:rsidRDefault="00A0757B">
      <w:pPr>
        <w:spacing w:after="120"/>
      </w:pPr>
      <w:r>
        <w:t>1. Any amendments to this Agreement must be made in writing under pain of nullity.</w:t>
      </w:r>
    </w:p>
    <w:p w:rsidR="00634F5B" w:rsidRDefault="00A0757B">
      <w:pPr>
        <w:spacing w:after="120"/>
      </w:pPr>
      <w:r>
        <w:t>2. This Agreement is executed in three identical copies, each in a different language version, one for each Party.</w:t>
      </w:r>
    </w:p>
    <w:p w:rsidR="00334198" w:rsidRDefault="00334198" w:rsidP="00334198">
      <w:pPr>
        <w:spacing w:after="120"/>
        <w:jc w:val="center"/>
        <w:rPr>
          <w:rStyle w:val="Pogrubienie"/>
        </w:rPr>
      </w:pPr>
      <w:r>
        <w:rPr>
          <w:rStyle w:val="Pogrubienie"/>
        </w:rPr>
        <w:t>§ 6</w:t>
      </w:r>
    </w:p>
    <w:p w:rsidR="00334198" w:rsidRDefault="00334198" w:rsidP="00334198">
      <w:pPr>
        <w:spacing w:after="120"/>
        <w:jc w:val="both"/>
      </w:pPr>
      <w:r>
        <w:br/>
        <w:t>This Agreement does not create any financial obligations for either of the Parties. Any activities involving financial commitments shall require separate arrangements and written agreements concluded between the Parties</w:t>
      </w:r>
      <w:r w:rsidR="0035597A">
        <w:t>.</w:t>
      </w:r>
      <w:bookmarkStart w:id="0" w:name="_GoBack"/>
      <w:bookmarkEnd w:id="0"/>
    </w:p>
    <w:p w:rsidR="00A0757B" w:rsidRDefault="00A0757B">
      <w:pPr>
        <w:spacing w:after="120"/>
      </w:pPr>
    </w:p>
    <w:p w:rsidR="00634F5B" w:rsidRDefault="00A0757B">
      <w:pPr>
        <w:spacing w:after="240"/>
      </w:pPr>
      <w:r>
        <w:rPr>
          <w:b/>
        </w:rPr>
        <w:t>Signatures</w:t>
      </w:r>
    </w:p>
    <w:p w:rsidR="00634F5B" w:rsidRDefault="00A0757B">
      <w:pPr>
        <w:spacing w:after="120"/>
      </w:pPr>
      <w:r>
        <w:t>.........................................................</w:t>
      </w:r>
      <w:r>
        <w:br/>
        <w:t>For Kazimierz Wielki University</w:t>
      </w:r>
    </w:p>
    <w:p w:rsidR="00634F5B" w:rsidRDefault="00A0757B">
      <w:pPr>
        <w:spacing w:after="120"/>
      </w:pPr>
      <w:r>
        <w:t>.........................................................</w:t>
      </w:r>
      <w:r>
        <w:br/>
        <w:t>For [Name of Institution]</w:t>
      </w:r>
    </w:p>
    <w:p w:rsidR="00A0757B" w:rsidRDefault="00A0757B">
      <w:pPr>
        <w:spacing w:after="120"/>
        <w:jc w:val="center"/>
      </w:pPr>
    </w:p>
    <w:p w:rsidR="00634F5B" w:rsidRDefault="00A0757B">
      <w:pPr>
        <w:spacing w:after="120"/>
        <w:jc w:val="center"/>
      </w:pPr>
      <w:r>
        <w:t>University Seal                              University Seal</w:t>
      </w:r>
    </w:p>
    <w:p w:rsidR="00334198" w:rsidRPr="00334198" w:rsidRDefault="00334198" w:rsidP="0035597A">
      <w:pPr>
        <w:spacing w:after="120"/>
        <w:rPr>
          <w:lang w:val="pl-PL"/>
        </w:rPr>
      </w:pPr>
    </w:p>
    <w:sectPr w:rsidR="00334198" w:rsidRPr="00334198"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EE"/>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anumerowana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anumerowana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apunktowana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apunktowana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anumerowan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apunktowana"/>
      <w:lvlText w:val=""/>
      <w:lvlJc w:val="left"/>
      <w:pPr>
        <w:tabs>
          <w:tab w:val="num" w:pos="360"/>
        </w:tabs>
        <w:ind w:left="360" w:hanging="360"/>
      </w:pPr>
      <w:rPr>
        <w:rFonts w:ascii="Symbol" w:hAnsi="Symbol" w:hint="default"/>
      </w:rPr>
    </w:lvl>
  </w:abstractNum>
  <w:abstractNum w:abstractNumId="9" w15:restartNumberingAfterBreak="0">
    <w:nsid w:val="11162B79"/>
    <w:multiLevelType w:val="multilevel"/>
    <w:tmpl w:val="FF98FEE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17612B8"/>
    <w:multiLevelType w:val="multilevel"/>
    <w:tmpl w:val="A1DCFD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19A2158"/>
    <w:multiLevelType w:val="multilevel"/>
    <w:tmpl w:val="E5849E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9324F77"/>
    <w:multiLevelType w:val="multilevel"/>
    <w:tmpl w:val="A5A0778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EA36563"/>
    <w:multiLevelType w:val="multilevel"/>
    <w:tmpl w:val="CD1422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
    <w:abstractNumId w:val="9"/>
  </w:num>
  <w:num w:numId="11">
    <w:abstractNumId w:val="13"/>
  </w:num>
  <w:num w:numId="12">
    <w:abstractNumId w:val="12"/>
  </w:num>
  <w:num w:numId="13">
    <w:abstractNumId w:val="10"/>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9639D"/>
    <w:rsid w:val="00326F90"/>
    <w:rsid w:val="00334198"/>
    <w:rsid w:val="0035597A"/>
    <w:rsid w:val="00634F5B"/>
    <w:rsid w:val="00A0757B"/>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1FA1D9E"/>
  <w14:defaultImageDpi w14:val="300"/>
  <w15:docId w15:val="{81CF4AA5-5DE2-4E78-A684-CACC94A8B7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FC693F"/>
    <w:rPr>
      <w:rFonts w:ascii="Times New Roman" w:hAnsi="Times New Roman"/>
      <w:sz w:val="24"/>
    </w:rPr>
  </w:style>
  <w:style w:type="paragraph" w:styleId="Nagwek1">
    <w:name w:val="heading 1"/>
    <w:basedOn w:val="Normalny"/>
    <w:next w:val="Normalny"/>
    <w:link w:val="Nagwek1Znak"/>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Nagwek4">
    <w:name w:val="heading 4"/>
    <w:basedOn w:val="Normalny"/>
    <w:next w:val="Normalny"/>
    <w:link w:val="Nagwek4Znak"/>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Nagwek5">
    <w:name w:val="heading 5"/>
    <w:basedOn w:val="Normalny"/>
    <w:next w:val="Normalny"/>
    <w:link w:val="Nagwek5Znak"/>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Nagwek6">
    <w:name w:val="heading 6"/>
    <w:basedOn w:val="Normalny"/>
    <w:next w:val="Normalny"/>
    <w:link w:val="Nagwek6Znak"/>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Nagwek7">
    <w:name w:val="heading 7"/>
    <w:basedOn w:val="Normalny"/>
    <w:next w:val="Normalny"/>
    <w:link w:val="Nagwek7Znak"/>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Nagwek8">
    <w:name w:val="heading 8"/>
    <w:basedOn w:val="Normalny"/>
    <w:next w:val="Normalny"/>
    <w:link w:val="Nagwek8Znak"/>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Nagwek9">
    <w:name w:val="heading 9"/>
    <w:basedOn w:val="Normalny"/>
    <w:next w:val="Normalny"/>
    <w:link w:val="Nagwek9Znak"/>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E618BF"/>
    <w:pPr>
      <w:tabs>
        <w:tab w:val="center" w:pos="4680"/>
        <w:tab w:val="right" w:pos="9360"/>
      </w:tabs>
      <w:spacing w:after="0" w:line="240" w:lineRule="auto"/>
    </w:pPr>
  </w:style>
  <w:style w:type="character" w:customStyle="1" w:styleId="NagwekZnak">
    <w:name w:val="Nagłówek Znak"/>
    <w:basedOn w:val="Domylnaczcionkaakapitu"/>
    <w:link w:val="Nagwek"/>
    <w:uiPriority w:val="99"/>
    <w:rsid w:val="00E618BF"/>
  </w:style>
  <w:style w:type="paragraph" w:styleId="Stopka">
    <w:name w:val="footer"/>
    <w:basedOn w:val="Normalny"/>
    <w:link w:val="StopkaZnak"/>
    <w:uiPriority w:val="99"/>
    <w:unhideWhenUsed/>
    <w:rsid w:val="00E618BF"/>
    <w:pPr>
      <w:tabs>
        <w:tab w:val="center" w:pos="4680"/>
        <w:tab w:val="right" w:pos="9360"/>
      </w:tabs>
      <w:spacing w:after="0" w:line="240" w:lineRule="auto"/>
    </w:pPr>
  </w:style>
  <w:style w:type="character" w:customStyle="1" w:styleId="StopkaZnak">
    <w:name w:val="Stopka Znak"/>
    <w:basedOn w:val="Domylnaczcionkaakapitu"/>
    <w:link w:val="Stopka"/>
    <w:uiPriority w:val="99"/>
    <w:rsid w:val="00E618BF"/>
  </w:style>
  <w:style w:type="paragraph" w:styleId="Bezodstpw">
    <w:name w:val="No Spacing"/>
    <w:uiPriority w:val="1"/>
    <w:qFormat/>
    <w:rsid w:val="00FC693F"/>
    <w:pPr>
      <w:spacing w:after="0" w:line="240" w:lineRule="auto"/>
    </w:pPr>
  </w:style>
  <w:style w:type="character" w:customStyle="1" w:styleId="Nagwek1Znak">
    <w:name w:val="Nagłówek 1 Znak"/>
    <w:basedOn w:val="Domylnaczcionkaakapitu"/>
    <w:link w:val="Nagwek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Nagwek2Znak">
    <w:name w:val="Nagłówek 2 Znak"/>
    <w:basedOn w:val="Domylnaczcionkaakapitu"/>
    <w:link w:val="Nagwek2"/>
    <w:uiPriority w:val="9"/>
    <w:rsid w:val="00FC693F"/>
    <w:rPr>
      <w:rFonts w:asciiTheme="majorHAnsi" w:eastAsiaTheme="majorEastAsia" w:hAnsiTheme="majorHAnsi" w:cstheme="majorBidi"/>
      <w:b/>
      <w:bCs/>
      <w:color w:val="4F81BD" w:themeColor="accent1"/>
      <w:sz w:val="26"/>
      <w:szCs w:val="26"/>
    </w:rPr>
  </w:style>
  <w:style w:type="character" w:customStyle="1" w:styleId="Nagwek3Znak">
    <w:name w:val="Nagłówek 3 Znak"/>
    <w:basedOn w:val="Domylnaczcionkaakapitu"/>
    <w:link w:val="Nagwek3"/>
    <w:uiPriority w:val="9"/>
    <w:rsid w:val="00FC693F"/>
    <w:rPr>
      <w:rFonts w:asciiTheme="majorHAnsi" w:eastAsiaTheme="majorEastAsia" w:hAnsiTheme="majorHAnsi" w:cstheme="majorBidi"/>
      <w:b/>
      <w:bCs/>
      <w:color w:val="4F81BD" w:themeColor="accent1"/>
    </w:rPr>
  </w:style>
  <w:style w:type="paragraph" w:styleId="Tytu">
    <w:name w:val="Title"/>
    <w:basedOn w:val="Normalny"/>
    <w:next w:val="Normalny"/>
    <w:link w:val="TytuZnak"/>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ytuZnak">
    <w:name w:val="Tytuł Znak"/>
    <w:basedOn w:val="Domylnaczcionkaakapitu"/>
    <w:link w:val="Tytu"/>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Podtytu">
    <w:name w:val="Subtitle"/>
    <w:basedOn w:val="Normalny"/>
    <w:next w:val="Normalny"/>
    <w:link w:val="PodtytuZnak"/>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PodtytuZnak">
    <w:name w:val="Podtytuł Znak"/>
    <w:basedOn w:val="Domylnaczcionkaakapitu"/>
    <w:link w:val="Podtytu"/>
    <w:uiPriority w:val="11"/>
    <w:rsid w:val="00FC693F"/>
    <w:rPr>
      <w:rFonts w:asciiTheme="majorHAnsi" w:eastAsiaTheme="majorEastAsia" w:hAnsiTheme="majorHAnsi" w:cstheme="majorBidi"/>
      <w:i/>
      <w:iCs/>
      <w:color w:val="4F81BD" w:themeColor="accent1"/>
      <w:spacing w:val="15"/>
      <w:sz w:val="24"/>
      <w:szCs w:val="24"/>
    </w:rPr>
  </w:style>
  <w:style w:type="paragraph" w:styleId="Akapitzlist">
    <w:name w:val="List Paragraph"/>
    <w:basedOn w:val="Normalny"/>
    <w:uiPriority w:val="34"/>
    <w:qFormat/>
    <w:rsid w:val="00FC693F"/>
    <w:pPr>
      <w:ind w:left="720"/>
      <w:contextualSpacing/>
    </w:pPr>
  </w:style>
  <w:style w:type="paragraph" w:styleId="Tekstpodstawowy">
    <w:name w:val="Body Text"/>
    <w:basedOn w:val="Normalny"/>
    <w:link w:val="TekstpodstawowyZnak"/>
    <w:uiPriority w:val="99"/>
    <w:unhideWhenUsed/>
    <w:rsid w:val="00AA1D8D"/>
    <w:pPr>
      <w:spacing w:after="120"/>
    </w:pPr>
  </w:style>
  <w:style w:type="character" w:customStyle="1" w:styleId="TekstpodstawowyZnak">
    <w:name w:val="Tekst podstawowy Znak"/>
    <w:basedOn w:val="Domylnaczcionkaakapitu"/>
    <w:link w:val="Tekstpodstawowy"/>
    <w:uiPriority w:val="99"/>
    <w:rsid w:val="00AA1D8D"/>
  </w:style>
  <w:style w:type="paragraph" w:styleId="Tekstpodstawowy2">
    <w:name w:val="Body Text 2"/>
    <w:basedOn w:val="Normalny"/>
    <w:link w:val="Tekstpodstawowy2Znak"/>
    <w:uiPriority w:val="99"/>
    <w:unhideWhenUsed/>
    <w:rsid w:val="00AA1D8D"/>
    <w:pPr>
      <w:spacing w:after="120" w:line="480" w:lineRule="auto"/>
    </w:pPr>
  </w:style>
  <w:style w:type="character" w:customStyle="1" w:styleId="Tekstpodstawowy2Znak">
    <w:name w:val="Tekst podstawowy 2 Znak"/>
    <w:basedOn w:val="Domylnaczcionkaakapitu"/>
    <w:link w:val="Tekstpodstawowy2"/>
    <w:uiPriority w:val="99"/>
    <w:rsid w:val="00AA1D8D"/>
  </w:style>
  <w:style w:type="paragraph" w:styleId="Tekstpodstawowy3">
    <w:name w:val="Body Text 3"/>
    <w:basedOn w:val="Normalny"/>
    <w:link w:val="Tekstpodstawowy3Znak"/>
    <w:uiPriority w:val="99"/>
    <w:unhideWhenUsed/>
    <w:rsid w:val="00AA1D8D"/>
    <w:pPr>
      <w:spacing w:after="120"/>
    </w:pPr>
    <w:rPr>
      <w:sz w:val="16"/>
      <w:szCs w:val="16"/>
    </w:rPr>
  </w:style>
  <w:style w:type="character" w:customStyle="1" w:styleId="Tekstpodstawowy3Znak">
    <w:name w:val="Tekst podstawowy 3 Znak"/>
    <w:basedOn w:val="Domylnaczcionkaakapitu"/>
    <w:link w:val="Tekstpodstawowy3"/>
    <w:uiPriority w:val="99"/>
    <w:rsid w:val="00AA1D8D"/>
    <w:rPr>
      <w:sz w:val="16"/>
      <w:szCs w:val="16"/>
    </w:rPr>
  </w:style>
  <w:style w:type="paragraph" w:styleId="Lista">
    <w:name w:val="List"/>
    <w:basedOn w:val="Normalny"/>
    <w:uiPriority w:val="99"/>
    <w:unhideWhenUsed/>
    <w:rsid w:val="00AA1D8D"/>
    <w:pPr>
      <w:ind w:left="360" w:hanging="360"/>
      <w:contextualSpacing/>
    </w:pPr>
  </w:style>
  <w:style w:type="paragraph" w:styleId="Lista2">
    <w:name w:val="List 2"/>
    <w:basedOn w:val="Normalny"/>
    <w:uiPriority w:val="99"/>
    <w:unhideWhenUsed/>
    <w:rsid w:val="00326F90"/>
    <w:pPr>
      <w:ind w:left="720" w:hanging="360"/>
      <w:contextualSpacing/>
    </w:pPr>
  </w:style>
  <w:style w:type="paragraph" w:styleId="Lista3">
    <w:name w:val="List 3"/>
    <w:basedOn w:val="Normalny"/>
    <w:uiPriority w:val="99"/>
    <w:unhideWhenUsed/>
    <w:rsid w:val="00326F90"/>
    <w:pPr>
      <w:ind w:left="1080" w:hanging="360"/>
      <w:contextualSpacing/>
    </w:pPr>
  </w:style>
  <w:style w:type="paragraph" w:styleId="Listapunktowana">
    <w:name w:val="List Bullet"/>
    <w:basedOn w:val="Normalny"/>
    <w:uiPriority w:val="99"/>
    <w:unhideWhenUsed/>
    <w:rsid w:val="00326F90"/>
    <w:pPr>
      <w:numPr>
        <w:numId w:val="1"/>
      </w:numPr>
      <w:contextualSpacing/>
    </w:pPr>
  </w:style>
  <w:style w:type="paragraph" w:styleId="Listapunktowana2">
    <w:name w:val="List Bullet 2"/>
    <w:basedOn w:val="Normalny"/>
    <w:uiPriority w:val="99"/>
    <w:unhideWhenUsed/>
    <w:rsid w:val="00326F90"/>
    <w:pPr>
      <w:numPr>
        <w:numId w:val="2"/>
      </w:numPr>
      <w:contextualSpacing/>
    </w:pPr>
  </w:style>
  <w:style w:type="paragraph" w:styleId="Listapunktowana3">
    <w:name w:val="List Bullet 3"/>
    <w:basedOn w:val="Normalny"/>
    <w:uiPriority w:val="99"/>
    <w:unhideWhenUsed/>
    <w:rsid w:val="00326F90"/>
    <w:pPr>
      <w:numPr>
        <w:numId w:val="3"/>
      </w:numPr>
      <w:contextualSpacing/>
    </w:pPr>
  </w:style>
  <w:style w:type="paragraph" w:styleId="Listanumerowana">
    <w:name w:val="List Number"/>
    <w:basedOn w:val="Normalny"/>
    <w:uiPriority w:val="99"/>
    <w:unhideWhenUsed/>
    <w:rsid w:val="00326F90"/>
    <w:pPr>
      <w:numPr>
        <w:numId w:val="5"/>
      </w:numPr>
      <w:contextualSpacing/>
    </w:pPr>
  </w:style>
  <w:style w:type="paragraph" w:styleId="Listanumerowana2">
    <w:name w:val="List Number 2"/>
    <w:basedOn w:val="Normalny"/>
    <w:uiPriority w:val="99"/>
    <w:unhideWhenUsed/>
    <w:rsid w:val="0029639D"/>
    <w:pPr>
      <w:numPr>
        <w:numId w:val="6"/>
      </w:numPr>
      <w:contextualSpacing/>
    </w:pPr>
  </w:style>
  <w:style w:type="paragraph" w:styleId="Listanumerowana3">
    <w:name w:val="List Number 3"/>
    <w:basedOn w:val="Normalny"/>
    <w:uiPriority w:val="99"/>
    <w:unhideWhenUsed/>
    <w:rsid w:val="0029639D"/>
    <w:pPr>
      <w:numPr>
        <w:numId w:val="7"/>
      </w:numPr>
      <w:contextualSpacing/>
    </w:pPr>
  </w:style>
  <w:style w:type="paragraph" w:styleId="Lista-kontynuacja">
    <w:name w:val="List Continue"/>
    <w:basedOn w:val="Normalny"/>
    <w:uiPriority w:val="99"/>
    <w:unhideWhenUsed/>
    <w:rsid w:val="0029639D"/>
    <w:pPr>
      <w:spacing w:after="120"/>
      <w:ind w:left="360"/>
      <w:contextualSpacing/>
    </w:pPr>
  </w:style>
  <w:style w:type="paragraph" w:styleId="Lista-kontynuacja2">
    <w:name w:val="List Continue 2"/>
    <w:basedOn w:val="Normalny"/>
    <w:uiPriority w:val="99"/>
    <w:unhideWhenUsed/>
    <w:rsid w:val="0029639D"/>
    <w:pPr>
      <w:spacing w:after="120"/>
      <w:ind w:left="720"/>
      <w:contextualSpacing/>
    </w:pPr>
  </w:style>
  <w:style w:type="paragraph" w:styleId="Lista-kontynuacja3">
    <w:name w:val="List Continue 3"/>
    <w:basedOn w:val="Normalny"/>
    <w:uiPriority w:val="99"/>
    <w:unhideWhenUsed/>
    <w:rsid w:val="0029639D"/>
    <w:pPr>
      <w:spacing w:after="120"/>
      <w:ind w:left="1080"/>
      <w:contextualSpacing/>
    </w:pPr>
  </w:style>
  <w:style w:type="paragraph" w:styleId="Tekstmakra">
    <w:name w:val="macro"/>
    <w:link w:val="TekstmakraZnak"/>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kstmakraZnak">
    <w:name w:val="Tekst makra Znak"/>
    <w:basedOn w:val="Domylnaczcionkaakapitu"/>
    <w:link w:val="Tekstmakra"/>
    <w:uiPriority w:val="99"/>
    <w:rsid w:val="0029639D"/>
    <w:rPr>
      <w:rFonts w:ascii="Courier" w:hAnsi="Courier"/>
      <w:sz w:val="20"/>
      <w:szCs w:val="20"/>
    </w:rPr>
  </w:style>
  <w:style w:type="paragraph" w:styleId="Cytat">
    <w:name w:val="Quote"/>
    <w:basedOn w:val="Normalny"/>
    <w:next w:val="Normalny"/>
    <w:link w:val="CytatZnak"/>
    <w:uiPriority w:val="29"/>
    <w:qFormat/>
    <w:rsid w:val="00FC693F"/>
    <w:rPr>
      <w:i/>
      <w:iCs/>
      <w:color w:val="000000" w:themeColor="text1"/>
    </w:rPr>
  </w:style>
  <w:style w:type="character" w:customStyle="1" w:styleId="CytatZnak">
    <w:name w:val="Cytat Znak"/>
    <w:basedOn w:val="Domylnaczcionkaakapitu"/>
    <w:link w:val="Cytat"/>
    <w:uiPriority w:val="29"/>
    <w:rsid w:val="00FC693F"/>
    <w:rPr>
      <w:i/>
      <w:iCs/>
      <w:color w:val="000000" w:themeColor="text1"/>
    </w:rPr>
  </w:style>
  <w:style w:type="character" w:customStyle="1" w:styleId="Nagwek4Znak">
    <w:name w:val="Nagłówek 4 Znak"/>
    <w:basedOn w:val="Domylnaczcionkaakapitu"/>
    <w:link w:val="Nagwek4"/>
    <w:uiPriority w:val="9"/>
    <w:semiHidden/>
    <w:rsid w:val="00FC693F"/>
    <w:rPr>
      <w:rFonts w:asciiTheme="majorHAnsi" w:eastAsiaTheme="majorEastAsia" w:hAnsiTheme="majorHAnsi" w:cstheme="majorBidi"/>
      <w:b/>
      <w:bCs/>
      <w:i/>
      <w:iCs/>
      <w:color w:val="4F81BD" w:themeColor="accent1"/>
    </w:rPr>
  </w:style>
  <w:style w:type="character" w:customStyle="1" w:styleId="Nagwek5Znak">
    <w:name w:val="Nagłówek 5 Znak"/>
    <w:basedOn w:val="Domylnaczcionkaakapitu"/>
    <w:link w:val="Nagwek5"/>
    <w:uiPriority w:val="9"/>
    <w:semiHidden/>
    <w:rsid w:val="00FC693F"/>
    <w:rPr>
      <w:rFonts w:asciiTheme="majorHAnsi" w:eastAsiaTheme="majorEastAsia" w:hAnsiTheme="majorHAnsi" w:cstheme="majorBidi"/>
      <w:color w:val="243F60" w:themeColor="accent1" w:themeShade="7F"/>
    </w:rPr>
  </w:style>
  <w:style w:type="character" w:customStyle="1" w:styleId="Nagwek6Znak">
    <w:name w:val="Nagłówek 6 Znak"/>
    <w:basedOn w:val="Domylnaczcionkaakapitu"/>
    <w:link w:val="Nagwek6"/>
    <w:uiPriority w:val="9"/>
    <w:semiHidden/>
    <w:rsid w:val="00FC693F"/>
    <w:rPr>
      <w:rFonts w:asciiTheme="majorHAnsi" w:eastAsiaTheme="majorEastAsia" w:hAnsiTheme="majorHAnsi" w:cstheme="majorBidi"/>
      <w:i/>
      <w:iCs/>
      <w:color w:val="243F60" w:themeColor="accent1" w:themeShade="7F"/>
    </w:rPr>
  </w:style>
  <w:style w:type="character" w:customStyle="1" w:styleId="Nagwek7Znak">
    <w:name w:val="Nagłówek 7 Znak"/>
    <w:basedOn w:val="Domylnaczcionkaakapitu"/>
    <w:link w:val="Nagwek7"/>
    <w:uiPriority w:val="9"/>
    <w:semiHidden/>
    <w:rsid w:val="00FC693F"/>
    <w:rPr>
      <w:rFonts w:asciiTheme="majorHAnsi" w:eastAsiaTheme="majorEastAsia" w:hAnsiTheme="majorHAnsi" w:cstheme="majorBidi"/>
      <w:i/>
      <w:iCs/>
      <w:color w:val="404040" w:themeColor="text1" w:themeTint="BF"/>
    </w:rPr>
  </w:style>
  <w:style w:type="character" w:customStyle="1" w:styleId="Nagwek8Znak">
    <w:name w:val="Nagłówek 8 Znak"/>
    <w:basedOn w:val="Domylnaczcionkaakapitu"/>
    <w:link w:val="Nagwek8"/>
    <w:uiPriority w:val="9"/>
    <w:semiHidden/>
    <w:rsid w:val="00FC693F"/>
    <w:rPr>
      <w:rFonts w:asciiTheme="majorHAnsi" w:eastAsiaTheme="majorEastAsia" w:hAnsiTheme="majorHAnsi" w:cstheme="majorBidi"/>
      <w:color w:val="4F81BD" w:themeColor="accent1"/>
      <w:sz w:val="20"/>
      <w:szCs w:val="20"/>
    </w:rPr>
  </w:style>
  <w:style w:type="character" w:customStyle="1" w:styleId="Nagwek9Znak">
    <w:name w:val="Nagłówek 9 Znak"/>
    <w:basedOn w:val="Domylnaczcionkaakapitu"/>
    <w:link w:val="Nagwek9"/>
    <w:uiPriority w:val="9"/>
    <w:semiHidden/>
    <w:rsid w:val="00FC693F"/>
    <w:rPr>
      <w:rFonts w:asciiTheme="majorHAnsi" w:eastAsiaTheme="majorEastAsia" w:hAnsiTheme="majorHAnsi" w:cstheme="majorBidi"/>
      <w:i/>
      <w:iCs/>
      <w:color w:val="404040" w:themeColor="text1" w:themeTint="BF"/>
      <w:sz w:val="20"/>
      <w:szCs w:val="20"/>
    </w:rPr>
  </w:style>
  <w:style w:type="paragraph" w:styleId="Legenda">
    <w:name w:val="caption"/>
    <w:basedOn w:val="Normalny"/>
    <w:next w:val="Normalny"/>
    <w:uiPriority w:val="35"/>
    <w:semiHidden/>
    <w:unhideWhenUsed/>
    <w:qFormat/>
    <w:rsid w:val="00FC693F"/>
    <w:pPr>
      <w:spacing w:line="240" w:lineRule="auto"/>
    </w:pPr>
    <w:rPr>
      <w:b/>
      <w:bCs/>
      <w:color w:val="4F81BD" w:themeColor="accent1"/>
      <w:sz w:val="18"/>
      <w:szCs w:val="18"/>
    </w:rPr>
  </w:style>
  <w:style w:type="character" w:styleId="Pogrubienie">
    <w:name w:val="Strong"/>
    <w:basedOn w:val="Domylnaczcionkaakapitu"/>
    <w:uiPriority w:val="22"/>
    <w:qFormat/>
    <w:rsid w:val="00FC693F"/>
    <w:rPr>
      <w:b/>
      <w:bCs/>
    </w:rPr>
  </w:style>
  <w:style w:type="character" w:styleId="Uwydatnienie">
    <w:name w:val="Emphasis"/>
    <w:basedOn w:val="Domylnaczcionkaakapitu"/>
    <w:uiPriority w:val="20"/>
    <w:qFormat/>
    <w:rsid w:val="00FC693F"/>
    <w:rPr>
      <w:i/>
      <w:iCs/>
    </w:rPr>
  </w:style>
  <w:style w:type="paragraph" w:styleId="Cytatintensywny">
    <w:name w:val="Intense Quote"/>
    <w:basedOn w:val="Normalny"/>
    <w:next w:val="Normalny"/>
    <w:link w:val="CytatintensywnyZnak"/>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ytatintensywnyZnak">
    <w:name w:val="Cytat intensywny Znak"/>
    <w:basedOn w:val="Domylnaczcionkaakapitu"/>
    <w:link w:val="Cytatintensywny"/>
    <w:uiPriority w:val="30"/>
    <w:rsid w:val="00FC693F"/>
    <w:rPr>
      <w:b/>
      <w:bCs/>
      <w:i/>
      <w:iCs/>
      <w:color w:val="4F81BD" w:themeColor="accent1"/>
    </w:rPr>
  </w:style>
  <w:style w:type="character" w:styleId="Wyrnieniedelikatne">
    <w:name w:val="Subtle Emphasis"/>
    <w:basedOn w:val="Domylnaczcionkaakapitu"/>
    <w:uiPriority w:val="19"/>
    <w:qFormat/>
    <w:rsid w:val="00FC693F"/>
    <w:rPr>
      <w:i/>
      <w:iCs/>
      <w:color w:val="808080" w:themeColor="text1" w:themeTint="7F"/>
    </w:rPr>
  </w:style>
  <w:style w:type="character" w:styleId="Wyrnienieintensywne">
    <w:name w:val="Intense Emphasis"/>
    <w:basedOn w:val="Domylnaczcionkaakapitu"/>
    <w:uiPriority w:val="21"/>
    <w:qFormat/>
    <w:rsid w:val="00FC693F"/>
    <w:rPr>
      <w:b/>
      <w:bCs/>
      <w:i/>
      <w:iCs/>
      <w:color w:val="4F81BD" w:themeColor="accent1"/>
    </w:rPr>
  </w:style>
  <w:style w:type="character" w:styleId="Odwoaniedelikatne">
    <w:name w:val="Subtle Reference"/>
    <w:basedOn w:val="Domylnaczcionkaakapitu"/>
    <w:uiPriority w:val="31"/>
    <w:qFormat/>
    <w:rsid w:val="00FC693F"/>
    <w:rPr>
      <w:smallCaps/>
      <w:color w:val="C0504D" w:themeColor="accent2"/>
      <w:u w:val="single"/>
    </w:rPr>
  </w:style>
  <w:style w:type="character" w:styleId="Odwoanieintensywne">
    <w:name w:val="Intense Reference"/>
    <w:basedOn w:val="Domylnaczcionkaakapitu"/>
    <w:uiPriority w:val="32"/>
    <w:qFormat/>
    <w:rsid w:val="00FC693F"/>
    <w:rPr>
      <w:b/>
      <w:bCs/>
      <w:smallCaps/>
      <w:color w:val="C0504D" w:themeColor="accent2"/>
      <w:spacing w:val="5"/>
      <w:u w:val="single"/>
    </w:rPr>
  </w:style>
  <w:style w:type="character" w:styleId="Tytuksiki">
    <w:name w:val="Book Title"/>
    <w:basedOn w:val="Domylnaczcionkaakapitu"/>
    <w:uiPriority w:val="33"/>
    <w:qFormat/>
    <w:rsid w:val="00FC693F"/>
    <w:rPr>
      <w:b/>
      <w:bCs/>
      <w:smallCaps/>
      <w:spacing w:val="5"/>
    </w:rPr>
  </w:style>
  <w:style w:type="paragraph" w:styleId="Nagwekspisutreci">
    <w:name w:val="TOC Heading"/>
    <w:basedOn w:val="Nagwek1"/>
    <w:next w:val="Normalny"/>
    <w:uiPriority w:val="39"/>
    <w:semiHidden/>
    <w:unhideWhenUsed/>
    <w:qFormat/>
    <w:rsid w:val="00FC693F"/>
    <w:pPr>
      <w:outlineLvl w:val="9"/>
    </w:pPr>
  </w:style>
  <w:style w:type="table" w:styleId="Tabela-Siatka">
    <w:name w:val="Table Grid"/>
    <w:basedOn w:val="Standardowy"/>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Jasnecieniowanie">
    <w:name w:val="Light Shading"/>
    <w:basedOn w:val="Standardowy"/>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Jasnecieniowanieakcent2">
    <w:name w:val="Light Shading Accent 2"/>
    <w:basedOn w:val="Standardowy"/>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Jasnecieniowanieakcent3">
    <w:name w:val="Light Shading Accent 3"/>
    <w:basedOn w:val="Standardowy"/>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Jasnecieniowanieakcent4">
    <w:name w:val="Light Shading Accent 4"/>
    <w:basedOn w:val="Standardowy"/>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Jasnecieniowanieakcent5">
    <w:name w:val="Light Shading Accent 5"/>
    <w:basedOn w:val="Standardowy"/>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Jasnecieniowanieakcent6">
    <w:name w:val="Light Shading Accent 6"/>
    <w:basedOn w:val="Standardowy"/>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Jasnalista">
    <w:name w:val="Light List"/>
    <w:basedOn w:val="Standardowy"/>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Jasnalistaakcent2">
    <w:name w:val="Light List Accent 2"/>
    <w:basedOn w:val="Standardowy"/>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Jasnalistaakcent3">
    <w:name w:val="Light List Accent 3"/>
    <w:basedOn w:val="Standardowy"/>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Jasnalistaakcent4">
    <w:name w:val="Light List Accent 4"/>
    <w:basedOn w:val="Standardowy"/>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Jasnalistaakcent5">
    <w:name w:val="Light List Accent 5"/>
    <w:basedOn w:val="Standardowy"/>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Jasnalistaakcent6">
    <w:name w:val="Light List Accent 6"/>
    <w:basedOn w:val="Standardowy"/>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Jasnasiatka">
    <w:name w:val="Light Grid"/>
    <w:basedOn w:val="Standardowy"/>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Jasnasiatkaakcent2">
    <w:name w:val="Light Grid Accent 2"/>
    <w:basedOn w:val="Standardowy"/>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Jasnasiatkaakcent3">
    <w:name w:val="Light Grid Accent 3"/>
    <w:basedOn w:val="Standardowy"/>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Jasnasiatkaakcent4">
    <w:name w:val="Light Grid Accent 4"/>
    <w:basedOn w:val="Standardowy"/>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Jasnasiatkaakcent5">
    <w:name w:val="Light Grid Accent 5"/>
    <w:basedOn w:val="Standardowy"/>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Jasnasiatkaakcent6">
    <w:name w:val="Light Grid Accent 6"/>
    <w:basedOn w:val="Standardowy"/>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redniecieniowanie1">
    <w:name w:val="Medium Shading 1"/>
    <w:basedOn w:val="Standardowy"/>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alista1">
    <w:name w:val="Medium List 1"/>
    <w:basedOn w:val="Standardowy"/>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rednialista1akcent2">
    <w:name w:val="Medium List 1 Accent 2"/>
    <w:basedOn w:val="Standardowy"/>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rednialista1akcent3">
    <w:name w:val="Medium List 1 Accent 3"/>
    <w:basedOn w:val="Standardowy"/>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rednialista1akcent4">
    <w:name w:val="Medium List 1 Accent 4"/>
    <w:basedOn w:val="Standardowy"/>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rednialista1akcent5">
    <w:name w:val="Medium List 1 Accent 5"/>
    <w:basedOn w:val="Standardowy"/>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rednialista1akcent6">
    <w:name w:val="Medium List 1 Accent 6"/>
    <w:basedOn w:val="Standardowy"/>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rednialista2">
    <w:name w:val="Medium List 2"/>
    <w:basedOn w:val="Standardowy"/>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1">
    <w:name w:val="Medium List 2 Accent 1"/>
    <w:basedOn w:val="Standardowy"/>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2">
    <w:name w:val="Medium List 2 Accent 2"/>
    <w:basedOn w:val="Standardowy"/>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3">
    <w:name w:val="Medium List 2 Accent 3"/>
    <w:basedOn w:val="Standardowy"/>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4">
    <w:name w:val="Medium List 2 Accent 4"/>
    <w:basedOn w:val="Standardowy"/>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5">
    <w:name w:val="Medium List 2 Accent 5"/>
    <w:basedOn w:val="Standardowy"/>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6">
    <w:name w:val="Medium List 2 Accent 6"/>
    <w:basedOn w:val="Standardowy"/>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siatka1">
    <w:name w:val="Medium Grid 1"/>
    <w:basedOn w:val="Standardowy"/>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dniasiatka1akcent2">
    <w:name w:val="Medium Grid 1 Accent 2"/>
    <w:basedOn w:val="Standardowy"/>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redniasiatka1akcent3">
    <w:name w:val="Medium Grid 1 Accent 3"/>
    <w:basedOn w:val="Standardowy"/>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redniasiatka1akcent4">
    <w:name w:val="Medium Grid 1 Accent 4"/>
    <w:basedOn w:val="Standardowy"/>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redniasiatka1akcent5">
    <w:name w:val="Medium Grid 1 Accent 5"/>
    <w:basedOn w:val="Standardowy"/>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redniasiatka1akcent6">
    <w:name w:val="Medium Grid 1 Accent 6"/>
    <w:basedOn w:val="Standardowy"/>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redniasiatka2">
    <w:name w:val="Medium Grid 2"/>
    <w:basedOn w:val="Standardowy"/>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redniasiatka2akcent1">
    <w:name w:val="Medium Grid 2 Accent 1"/>
    <w:basedOn w:val="Standardowy"/>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redniasiatka2akcent2">
    <w:name w:val="Medium Grid 2 Accent 2"/>
    <w:basedOn w:val="Standardowy"/>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redniasiatka2akcent3">
    <w:name w:val="Medium Grid 2 Accent 3"/>
    <w:basedOn w:val="Standardowy"/>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redniasiatka2akcent4">
    <w:name w:val="Medium Grid 2 Accent 4"/>
    <w:basedOn w:val="Standardowy"/>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redniasiatka2akcent5">
    <w:name w:val="Medium Grid 2 Accent 5"/>
    <w:basedOn w:val="Standardowy"/>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redniasiatka2akcent6">
    <w:name w:val="Medium Grid 2 Accent 6"/>
    <w:basedOn w:val="Standardowy"/>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redniasiatka3">
    <w:name w:val="Medium Grid 3"/>
    <w:basedOn w:val="Standardowy"/>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redniasiatka3akcent1">
    <w:name w:val="Medium Grid 3 Accent 1"/>
    <w:basedOn w:val="Standardowy"/>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redniasiatka3akcent2">
    <w:name w:val="Medium Grid 3 Accent 2"/>
    <w:basedOn w:val="Standardowy"/>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redniasiatka3akcent3">
    <w:name w:val="Medium Grid 3 Accent 3"/>
    <w:basedOn w:val="Standardowy"/>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redniasiatka3akcent4">
    <w:name w:val="Medium Grid 3 Accent 4"/>
    <w:basedOn w:val="Standardowy"/>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redniasiatka3akcent5">
    <w:name w:val="Medium Grid 3 Accent 5"/>
    <w:basedOn w:val="Standardowy"/>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redniasiatka3akcent6">
    <w:name w:val="Medium Grid 3 Accent 6"/>
    <w:basedOn w:val="Standardowy"/>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Ciemnalista">
    <w:name w:val="Dark List"/>
    <w:basedOn w:val="Standardowy"/>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Ciemnalistaakcent2">
    <w:name w:val="Dark List Accent 2"/>
    <w:basedOn w:val="Standardowy"/>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Ciemnalistaakcent3">
    <w:name w:val="Dark List Accent 3"/>
    <w:basedOn w:val="Standardowy"/>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Ciemnalistaakcent4">
    <w:name w:val="Dark List Accent 4"/>
    <w:basedOn w:val="Standardowy"/>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Ciemnalistaakcent5">
    <w:name w:val="Dark List Accent 5"/>
    <w:basedOn w:val="Standardowy"/>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Ciemnalistaakcent6">
    <w:name w:val="Dark List Accent 6"/>
    <w:basedOn w:val="Standardowy"/>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Kolorowecieniowanie">
    <w:name w:val="Colorful Shading"/>
    <w:basedOn w:val="Standardowy"/>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Kolorowecieniowanieakcent4">
    <w:name w:val="Colorful Shading Accent 4"/>
    <w:basedOn w:val="Standardowy"/>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Kolorowalista">
    <w:name w:val="Colorful List"/>
    <w:basedOn w:val="Standardowy"/>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Kolorowalistaakcent2">
    <w:name w:val="Colorful List Accent 2"/>
    <w:basedOn w:val="Standardowy"/>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Kolorowalistaakcent3">
    <w:name w:val="Colorful List Accent 3"/>
    <w:basedOn w:val="Standardowy"/>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Kolorowalistaakcent4">
    <w:name w:val="Colorful List Accent 4"/>
    <w:basedOn w:val="Standardowy"/>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Kolorowalistaakcent5">
    <w:name w:val="Colorful List Accent 5"/>
    <w:basedOn w:val="Standardowy"/>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Kolorowalistaakcent6">
    <w:name w:val="Colorful List Accent 6"/>
    <w:basedOn w:val="Standardowy"/>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Kolorowasiatka">
    <w:name w:val="Colorful Grid"/>
    <w:basedOn w:val="Standardowy"/>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Kolorowasiatkaakcent2">
    <w:name w:val="Colorful Grid Accent 2"/>
    <w:basedOn w:val="Standardowy"/>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Kolorowasiatkaakcent3">
    <w:name w:val="Colorful Grid Accent 3"/>
    <w:basedOn w:val="Standardowy"/>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Kolorowasiatkaakcent4">
    <w:name w:val="Colorful Grid Accent 4"/>
    <w:basedOn w:val="Standardowy"/>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Kolorowasiatkaakcent5">
    <w:name w:val="Colorful Grid Accent 5"/>
    <w:basedOn w:val="Standardowy"/>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Kolorowasiatkaakcent6">
    <w:name w:val="Colorful Grid Accent 6"/>
    <w:basedOn w:val="Standardowy"/>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ormalnyWeb">
    <w:name w:val="Normal (Web)"/>
    <w:basedOn w:val="Normalny"/>
    <w:uiPriority w:val="99"/>
    <w:semiHidden/>
    <w:unhideWhenUsed/>
    <w:rsid w:val="00334198"/>
    <w:pPr>
      <w:spacing w:before="100" w:beforeAutospacing="1" w:after="100" w:afterAutospacing="1" w:line="240" w:lineRule="auto"/>
    </w:pPr>
    <w:rPr>
      <w:rFonts w:eastAsia="Times New Roman" w:cs="Times New Roman"/>
      <w:szCs w:val="24"/>
      <w:lang w:val="pl-PL"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2115924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5CB4A6-A9B9-470F-8F89-EEBF329985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424</Words>
  <Characters>2546</Characters>
  <Application>Microsoft Office Word</Application>
  <DocSecurity>0</DocSecurity>
  <Lines>21</Lines>
  <Paragraphs>5</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2965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ola</cp:lastModifiedBy>
  <cp:revision>3</cp:revision>
  <dcterms:created xsi:type="dcterms:W3CDTF">2026-05-04T10:36:00Z</dcterms:created>
  <dcterms:modified xsi:type="dcterms:W3CDTF">2026-05-04T10:40:00Z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34f8be5b-4766-4c62-ba0e-1bd366fa8783</vt:lpwstr>
  </property>
</Properties>
</file>