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36A" w:rsidRDefault="001D736A">
      <w:pPr>
        <w:rPr>
          <w:rFonts w:ascii="Arial" w:hAnsi="Arial" w:cs="Arial"/>
        </w:rPr>
      </w:pPr>
    </w:p>
    <w:p w:rsidR="001D736A" w:rsidRDefault="001D736A">
      <w:pPr>
        <w:rPr>
          <w:rFonts w:ascii="Arial" w:hAnsi="Arial" w:cs="Arial"/>
        </w:rPr>
      </w:pPr>
    </w:p>
    <w:p w:rsidR="001D736A" w:rsidRDefault="001D736A">
      <w:pPr>
        <w:rPr>
          <w:rFonts w:ascii="Arial" w:hAnsi="Arial" w:cs="Arial"/>
        </w:rPr>
      </w:pPr>
    </w:p>
    <w:p w:rsidR="001D736A" w:rsidRDefault="001D736A">
      <w:pPr>
        <w:rPr>
          <w:rFonts w:ascii="Arial" w:hAnsi="Arial" w:cs="Arial"/>
        </w:rPr>
      </w:pPr>
    </w:p>
    <w:p w:rsidR="000A00F0" w:rsidRPr="001D736A" w:rsidRDefault="001D736A">
      <w:pPr>
        <w:rPr>
          <w:rFonts w:ascii="Arial" w:hAnsi="Arial" w:cs="Arial"/>
        </w:rPr>
      </w:pPr>
      <w:r w:rsidRPr="001D2382">
        <w:rPr>
          <w:noProof/>
        </w:rPr>
        <w:drawing>
          <wp:anchor distT="0" distB="0" distL="114300" distR="114300" simplePos="0" relativeHeight="251659264" behindDoc="0" locked="0" layoutInCell="1" allowOverlap="1" wp14:anchorId="66845761" wp14:editId="7E190DF5">
            <wp:simplePos x="0" y="0"/>
            <wp:positionH relativeFrom="margin">
              <wp:posOffset>-647700</wp:posOffset>
            </wp:positionH>
            <wp:positionV relativeFrom="margin">
              <wp:posOffset>-228600</wp:posOffset>
            </wp:positionV>
            <wp:extent cx="1606485" cy="710423"/>
            <wp:effectExtent l="0" t="0" r="0" b="0"/>
            <wp:wrapSquare wrapText="bothSides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6485" cy="7104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57319">
        <w:rPr>
          <w:rFonts w:ascii="Arial" w:hAnsi="Arial" w:cs="Arial"/>
        </w:rPr>
        <w:t>Place</w:t>
      </w:r>
      <w:bookmarkStart w:id="0" w:name="_GoBack"/>
      <w:bookmarkEnd w:id="0"/>
      <w:r w:rsidR="00657319" w:rsidRPr="001D736A">
        <w:rPr>
          <w:rFonts w:ascii="Arial" w:hAnsi="Arial" w:cs="Arial"/>
        </w:rPr>
        <w:t xml:space="preserve"> / Date: ......................................................</w:t>
      </w:r>
    </w:p>
    <w:p w:rsidR="000A00F0" w:rsidRPr="001D736A" w:rsidRDefault="00657319">
      <w:pPr>
        <w:jc w:val="center"/>
        <w:rPr>
          <w:rFonts w:ascii="Arial" w:hAnsi="Arial" w:cs="Arial"/>
          <w:sz w:val="28"/>
          <w:szCs w:val="28"/>
        </w:rPr>
      </w:pPr>
      <w:r w:rsidRPr="001D736A">
        <w:rPr>
          <w:rFonts w:ascii="Arial" w:hAnsi="Arial" w:cs="Arial"/>
          <w:b/>
          <w:sz w:val="28"/>
          <w:szCs w:val="28"/>
        </w:rPr>
        <w:t xml:space="preserve">APPLICATION FOR ADMISSION TO AN ARTISTIC / SCIENTIFIC / POST-DOCTORAL </w:t>
      </w:r>
      <w:r w:rsidRPr="001D736A">
        <w:rPr>
          <w:rFonts w:ascii="Arial" w:hAnsi="Arial" w:cs="Arial"/>
          <w:b/>
          <w:sz w:val="28"/>
          <w:szCs w:val="28"/>
        </w:rPr>
        <w:t>INTERNSHIP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1. Full name: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......................................................................................................................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 xml:space="preserve">2. Address / PESEL ID no. / date of birth / ID </w:t>
      </w:r>
      <w:r>
        <w:rPr>
          <w:rFonts w:ascii="Arial" w:hAnsi="Arial" w:cs="Arial"/>
        </w:rPr>
        <w:t>number/passport</w:t>
      </w:r>
      <w:r w:rsidRPr="001D736A">
        <w:rPr>
          <w:rFonts w:ascii="Arial" w:hAnsi="Arial" w:cs="Arial"/>
        </w:rPr>
        <w:t xml:space="preserve"> number (expiration date):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..............................................</w:t>
      </w:r>
      <w:r w:rsidRPr="001D736A">
        <w:rPr>
          <w:rFonts w:ascii="Arial" w:hAnsi="Arial" w:cs="Arial"/>
        </w:rPr>
        <w:t>........................................................................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 xml:space="preserve">3. Name and address of the home institution </w:t>
      </w:r>
      <w:r w:rsidRPr="001D736A">
        <w:rPr>
          <w:rFonts w:ascii="Arial" w:hAnsi="Arial" w:cs="Arial"/>
        </w:rPr>
        <w:t>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......................................................................................................................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4. Propo</w:t>
      </w:r>
      <w:r w:rsidRPr="001D736A">
        <w:rPr>
          <w:rFonts w:ascii="Arial" w:hAnsi="Arial" w:cs="Arial"/>
        </w:rPr>
        <w:t>sed start date and duration of the internship: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......................................................................................................................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5. Description of research interests (including discipline):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</w:t>
      </w:r>
      <w:r w:rsidRPr="001D736A">
        <w:rPr>
          <w:rFonts w:ascii="Arial" w:hAnsi="Arial" w:cs="Arial"/>
        </w:rPr>
        <w:t>.........................................................................................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6. Proposed outline of the Individual Internship Program: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............................................................................................................</w:t>
      </w:r>
      <w:r w:rsidRPr="001D736A">
        <w:rPr>
          <w:rFonts w:ascii="Arial" w:hAnsi="Arial" w:cs="Arial"/>
        </w:rPr>
        <w:t>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7. Proposed Internship Supervisor: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Full name / Department: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......................................................................................................................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br/>
        <w:t>Applicant’s signature: ......................................................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br/>
        <w:t>Attachments:</w:t>
      </w:r>
      <w:r w:rsidRPr="001D736A">
        <w:rPr>
          <w:rFonts w:ascii="Arial" w:hAnsi="Arial" w:cs="Arial"/>
        </w:rPr>
        <w:br/>
        <w:t>1. CV</w:t>
      </w:r>
      <w:r w:rsidRPr="001D736A">
        <w:rPr>
          <w:rFonts w:ascii="Arial" w:hAnsi="Arial" w:cs="Arial"/>
        </w:rPr>
        <w:br/>
        <w:t>2.</w:t>
      </w:r>
      <w:r w:rsidR="001D736A" w:rsidRPr="001D736A">
        <w:rPr>
          <w:rFonts w:ascii="Arial" w:hAnsi="Arial" w:cs="Arial"/>
        </w:rPr>
        <w:t xml:space="preserve"> Recommendation Letter</w:t>
      </w:r>
    </w:p>
    <w:p w:rsidR="000A00F0" w:rsidRPr="001D736A" w:rsidRDefault="00657319">
      <w:pPr>
        <w:rPr>
          <w:rFonts w:ascii="Arial" w:hAnsi="Arial" w:cs="Arial"/>
          <w:sz w:val="16"/>
          <w:szCs w:val="16"/>
        </w:rPr>
      </w:pPr>
      <w:r w:rsidRPr="001D736A">
        <w:rPr>
          <w:rFonts w:ascii="Arial" w:hAnsi="Arial" w:cs="Arial"/>
          <w:sz w:val="16"/>
          <w:szCs w:val="16"/>
        </w:rPr>
        <w:br/>
      </w:r>
    </w:p>
    <w:p w:rsidR="00657319" w:rsidRDefault="00657319" w:rsidP="00657319">
      <w:pPr>
        <w:pStyle w:val="Nagwek3"/>
        <w:jc w:val="center"/>
        <w:rPr>
          <w:rFonts w:ascii="Arial" w:eastAsiaTheme="minorEastAsia" w:hAnsi="Arial" w:cs="Arial"/>
          <w:color w:val="auto"/>
          <w:sz w:val="28"/>
          <w:szCs w:val="28"/>
        </w:rPr>
      </w:pPr>
      <w:r w:rsidRPr="001D2382">
        <w:rPr>
          <w:noProof/>
        </w:rPr>
        <w:lastRenderedPageBreak/>
        <w:drawing>
          <wp:anchor distT="0" distB="0" distL="114300" distR="114300" simplePos="0" relativeHeight="251657728" behindDoc="0" locked="0" layoutInCell="1" allowOverlap="1" wp14:anchorId="48BD885D" wp14:editId="2A252710">
            <wp:simplePos x="0" y="0"/>
            <wp:positionH relativeFrom="margin">
              <wp:posOffset>-457200</wp:posOffset>
            </wp:positionH>
            <wp:positionV relativeFrom="margin">
              <wp:posOffset>-174625</wp:posOffset>
            </wp:positionV>
            <wp:extent cx="1606485" cy="710423"/>
            <wp:effectExtent l="0" t="0" r="0" b="0"/>
            <wp:wrapSquare wrapText="bothSides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6485" cy="7104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7319" w:rsidRDefault="00657319" w:rsidP="00657319">
      <w:pPr>
        <w:pStyle w:val="Nagwek3"/>
        <w:jc w:val="center"/>
        <w:rPr>
          <w:rFonts w:ascii="Arial" w:eastAsiaTheme="minorEastAsia" w:hAnsi="Arial" w:cs="Arial"/>
          <w:color w:val="auto"/>
          <w:sz w:val="28"/>
          <w:szCs w:val="28"/>
        </w:rPr>
      </w:pPr>
    </w:p>
    <w:p w:rsidR="00657319" w:rsidRDefault="00657319" w:rsidP="00657319">
      <w:pPr>
        <w:pStyle w:val="Nagwek3"/>
        <w:jc w:val="center"/>
        <w:rPr>
          <w:rFonts w:ascii="Arial" w:eastAsiaTheme="minorEastAsia" w:hAnsi="Arial" w:cs="Arial"/>
          <w:color w:val="auto"/>
          <w:sz w:val="28"/>
          <w:szCs w:val="28"/>
        </w:rPr>
      </w:pPr>
      <w:r w:rsidRPr="00657319">
        <w:rPr>
          <w:rFonts w:ascii="Arial" w:eastAsiaTheme="minorEastAsia" w:hAnsi="Arial" w:cs="Arial"/>
          <w:color w:val="auto"/>
          <w:sz w:val="28"/>
          <w:szCs w:val="28"/>
        </w:rPr>
        <w:t>DECISION</w:t>
      </w:r>
    </w:p>
    <w:p w:rsidR="00657319" w:rsidRPr="00657319" w:rsidRDefault="00657319" w:rsidP="00657319">
      <w:pPr>
        <w:rPr>
          <w:rFonts w:ascii="Arial" w:hAnsi="Arial" w:cs="Arial"/>
        </w:rPr>
      </w:pPr>
    </w:p>
    <w:p w:rsidR="00657319" w:rsidRPr="00657319" w:rsidRDefault="00657319" w:rsidP="00657319">
      <w:pPr>
        <w:rPr>
          <w:rFonts w:ascii="Arial" w:hAnsi="Arial" w:cs="Arial"/>
        </w:rPr>
      </w:pPr>
      <w:r w:rsidRPr="00657319">
        <w:rPr>
          <w:rFonts w:ascii="Arial" w:hAnsi="Arial" w:cs="Arial"/>
          <w:bCs/>
        </w:rPr>
        <w:t>I hereby consent to act as the Internship Supervisor:</w:t>
      </w:r>
      <w:r w:rsidRPr="00657319">
        <w:rPr>
          <w:rFonts w:ascii="Arial" w:hAnsi="Arial" w:cs="Arial"/>
        </w:rPr>
        <w:br/>
        <w:t>......................................................................................................................</w:t>
      </w:r>
      <w:r w:rsidRPr="00657319">
        <w:rPr>
          <w:rFonts w:ascii="Arial" w:hAnsi="Arial" w:cs="Arial"/>
        </w:rPr>
        <w:br/>
      </w:r>
      <w:proofErr w:type="spellStart"/>
      <w:r w:rsidRPr="00657319">
        <w:rPr>
          <w:rFonts w:ascii="Arial" w:hAnsi="Arial" w:cs="Arial"/>
          <w:bCs/>
        </w:rPr>
        <w:t>Signature</w:t>
      </w:r>
      <w:proofErr w:type="spellEnd"/>
      <w:r w:rsidRPr="00657319">
        <w:rPr>
          <w:rFonts w:ascii="Arial" w:hAnsi="Arial" w:cs="Arial"/>
          <w:bCs/>
        </w:rPr>
        <w:t xml:space="preserve"> of the </w:t>
      </w:r>
      <w:proofErr w:type="spellStart"/>
      <w:r w:rsidRPr="00657319">
        <w:rPr>
          <w:rFonts w:ascii="Arial" w:hAnsi="Arial" w:cs="Arial"/>
          <w:bCs/>
        </w:rPr>
        <w:t>Internship</w:t>
      </w:r>
      <w:proofErr w:type="spellEnd"/>
      <w:r w:rsidRPr="00657319">
        <w:rPr>
          <w:rFonts w:ascii="Arial" w:hAnsi="Arial" w:cs="Arial"/>
          <w:bCs/>
        </w:rPr>
        <w:t xml:space="preserve"> </w:t>
      </w:r>
      <w:proofErr w:type="spellStart"/>
      <w:r w:rsidRPr="00657319">
        <w:rPr>
          <w:rFonts w:ascii="Arial" w:hAnsi="Arial" w:cs="Arial"/>
          <w:bCs/>
        </w:rPr>
        <w:t>Supervisor</w:t>
      </w:r>
      <w:proofErr w:type="spellEnd"/>
    </w:p>
    <w:p w:rsidR="00657319" w:rsidRPr="00657319" w:rsidRDefault="00657319" w:rsidP="00657319">
      <w:pPr>
        <w:rPr>
          <w:rFonts w:ascii="Arial" w:hAnsi="Arial" w:cs="Arial"/>
        </w:rPr>
      </w:pPr>
      <w:r w:rsidRPr="00657319">
        <w:rPr>
          <w:rFonts w:ascii="Arial" w:hAnsi="Arial" w:cs="Arial"/>
        </w:rPr>
        <w:pict>
          <v:rect id="_x0000_i1047" style="width:0;height:1.5pt" o:hralign="center" o:hrstd="t" o:hr="t" fillcolor="#a0a0a0" stroked="f"/>
        </w:pict>
      </w:r>
    </w:p>
    <w:p w:rsidR="00657319" w:rsidRPr="00657319" w:rsidRDefault="00657319" w:rsidP="00657319">
      <w:pPr>
        <w:pStyle w:val="NormalnyWeb"/>
        <w:rPr>
          <w:rFonts w:ascii="Arial" w:hAnsi="Arial" w:cs="Arial"/>
          <w:lang w:val="en-US"/>
        </w:rPr>
      </w:pPr>
      <w:r w:rsidRPr="00657319">
        <w:rPr>
          <w:rStyle w:val="Pogrubienie"/>
          <w:rFonts w:ascii="Arial" w:hAnsi="Arial" w:cs="Arial"/>
          <w:b w:val="0"/>
          <w:lang w:val="en-US"/>
        </w:rPr>
        <w:t>Opinion on admitting the Intern (Head of the Organizational Unit):</w:t>
      </w:r>
      <w:r w:rsidRPr="00657319">
        <w:rPr>
          <w:rFonts w:ascii="Arial" w:hAnsi="Arial" w:cs="Arial"/>
          <w:lang w:val="en-US"/>
        </w:rPr>
        <w:br/>
      </w:r>
      <w:r w:rsidRPr="00657319">
        <w:rPr>
          <w:rFonts w:ascii="Segoe UI Symbol" w:hAnsi="Segoe UI Symbol" w:cs="Segoe UI Symbol"/>
          <w:lang w:val="en-US"/>
        </w:rPr>
        <w:t>☐</w:t>
      </w:r>
      <w:r w:rsidRPr="00657319">
        <w:rPr>
          <w:rFonts w:ascii="Arial" w:hAnsi="Arial" w:cs="Arial"/>
          <w:lang w:val="en-US"/>
        </w:rPr>
        <w:t xml:space="preserve"> Positive</w:t>
      </w:r>
      <w:r w:rsidRPr="00657319">
        <w:rPr>
          <w:rFonts w:ascii="Arial" w:hAnsi="Arial" w:cs="Arial"/>
          <w:lang w:val="en-US"/>
        </w:rPr>
        <w:br/>
      </w:r>
      <w:r w:rsidRPr="00657319">
        <w:rPr>
          <w:rFonts w:ascii="Segoe UI Symbol" w:hAnsi="Segoe UI Symbol" w:cs="Segoe UI Symbol"/>
          <w:lang w:val="en-US"/>
        </w:rPr>
        <w:t>☐</w:t>
      </w:r>
      <w:r w:rsidRPr="00657319">
        <w:rPr>
          <w:rFonts w:ascii="Arial" w:hAnsi="Arial" w:cs="Arial"/>
          <w:lang w:val="en-US"/>
        </w:rPr>
        <w:t xml:space="preserve"> Negative</w:t>
      </w:r>
    </w:p>
    <w:p w:rsidR="00657319" w:rsidRPr="00657319" w:rsidRDefault="00657319" w:rsidP="00657319">
      <w:pPr>
        <w:pStyle w:val="NormalnyWeb"/>
        <w:rPr>
          <w:rFonts w:ascii="Arial" w:hAnsi="Arial" w:cs="Arial"/>
          <w:lang w:val="en-US"/>
        </w:rPr>
      </w:pPr>
      <w:r w:rsidRPr="00657319">
        <w:rPr>
          <w:rFonts w:ascii="Arial" w:hAnsi="Arial" w:cs="Arial"/>
          <w:lang w:val="en-US"/>
        </w:rPr>
        <w:t>......................................................................................................................</w:t>
      </w:r>
      <w:r w:rsidRPr="00657319">
        <w:rPr>
          <w:rFonts w:ascii="Arial" w:hAnsi="Arial" w:cs="Arial"/>
          <w:lang w:val="en-US"/>
        </w:rPr>
        <w:br/>
      </w:r>
      <w:r w:rsidRPr="00657319">
        <w:rPr>
          <w:rStyle w:val="Pogrubienie"/>
          <w:rFonts w:ascii="Arial" w:hAnsi="Arial" w:cs="Arial"/>
          <w:b w:val="0"/>
          <w:lang w:val="en-US"/>
        </w:rPr>
        <w:t>Signature of the Head of the Organizational Unit (Institute / Chair / Department)</w:t>
      </w:r>
    </w:p>
    <w:p w:rsidR="00657319" w:rsidRPr="00657319" w:rsidRDefault="00657319" w:rsidP="00657319">
      <w:pPr>
        <w:rPr>
          <w:rFonts w:ascii="Arial" w:hAnsi="Arial" w:cs="Arial"/>
        </w:rPr>
      </w:pPr>
      <w:r w:rsidRPr="00657319">
        <w:rPr>
          <w:rFonts w:ascii="Arial" w:hAnsi="Arial" w:cs="Arial"/>
        </w:rPr>
        <w:pict>
          <v:rect id="_x0000_i1048" style="width:0;height:1.5pt" o:hralign="center" o:hrstd="t" o:hr="t" fillcolor="#a0a0a0" stroked="f"/>
        </w:pict>
      </w:r>
    </w:p>
    <w:p w:rsidR="00657319" w:rsidRPr="00657319" w:rsidRDefault="00657319" w:rsidP="00657319">
      <w:pPr>
        <w:pStyle w:val="NormalnyWeb"/>
        <w:rPr>
          <w:rFonts w:ascii="Arial" w:hAnsi="Arial" w:cs="Arial"/>
          <w:lang w:val="en-US"/>
        </w:rPr>
      </w:pPr>
      <w:r w:rsidRPr="00657319">
        <w:rPr>
          <w:rStyle w:val="Pogrubienie"/>
          <w:rFonts w:ascii="Arial" w:hAnsi="Arial" w:cs="Arial"/>
          <w:b w:val="0"/>
          <w:lang w:val="en-US"/>
        </w:rPr>
        <w:t>Admission decision (Dean):</w:t>
      </w:r>
      <w:r w:rsidRPr="00657319">
        <w:rPr>
          <w:rFonts w:ascii="Arial" w:hAnsi="Arial" w:cs="Arial"/>
          <w:lang w:val="en-US"/>
        </w:rPr>
        <w:br/>
      </w:r>
      <w:r w:rsidRPr="00657319">
        <w:rPr>
          <w:rFonts w:ascii="Segoe UI Symbol" w:hAnsi="Segoe UI Symbol" w:cs="Segoe UI Symbol"/>
          <w:lang w:val="en-US"/>
        </w:rPr>
        <w:t>☐</w:t>
      </w:r>
      <w:r w:rsidRPr="00657319">
        <w:rPr>
          <w:rFonts w:ascii="Arial" w:hAnsi="Arial" w:cs="Arial"/>
          <w:lang w:val="en-US"/>
        </w:rPr>
        <w:t xml:space="preserve"> Approved</w:t>
      </w:r>
      <w:r w:rsidRPr="00657319">
        <w:rPr>
          <w:rFonts w:ascii="Arial" w:hAnsi="Arial" w:cs="Arial"/>
          <w:lang w:val="en-US"/>
        </w:rPr>
        <w:br/>
      </w:r>
      <w:r w:rsidRPr="00657319">
        <w:rPr>
          <w:rFonts w:ascii="Segoe UI Symbol" w:hAnsi="Segoe UI Symbol" w:cs="Segoe UI Symbol"/>
          <w:lang w:val="en-US"/>
        </w:rPr>
        <w:t>☐</w:t>
      </w:r>
      <w:r w:rsidRPr="00657319">
        <w:rPr>
          <w:rFonts w:ascii="Arial" w:hAnsi="Arial" w:cs="Arial"/>
          <w:lang w:val="en-US"/>
        </w:rPr>
        <w:t xml:space="preserve"> Not approved</w:t>
      </w:r>
    </w:p>
    <w:p w:rsidR="00657319" w:rsidRPr="00657319" w:rsidRDefault="00657319" w:rsidP="00657319">
      <w:pPr>
        <w:pStyle w:val="NormalnyWeb"/>
        <w:rPr>
          <w:rFonts w:ascii="Arial" w:hAnsi="Arial" w:cs="Arial"/>
        </w:rPr>
      </w:pPr>
      <w:r w:rsidRPr="00657319">
        <w:rPr>
          <w:rFonts w:ascii="Arial" w:hAnsi="Arial" w:cs="Arial"/>
        </w:rPr>
        <w:t>......................................................................................................................</w:t>
      </w:r>
      <w:r w:rsidRPr="00657319">
        <w:rPr>
          <w:rFonts w:ascii="Arial" w:hAnsi="Arial" w:cs="Arial"/>
        </w:rPr>
        <w:br/>
      </w:r>
      <w:proofErr w:type="spellStart"/>
      <w:r w:rsidRPr="00657319">
        <w:rPr>
          <w:rStyle w:val="Pogrubienie"/>
          <w:rFonts w:ascii="Arial" w:hAnsi="Arial" w:cs="Arial"/>
          <w:b w:val="0"/>
        </w:rPr>
        <w:t>Dean’s</w:t>
      </w:r>
      <w:proofErr w:type="spellEnd"/>
      <w:r w:rsidRPr="00657319">
        <w:rPr>
          <w:rStyle w:val="Pogrubienie"/>
          <w:rFonts w:ascii="Arial" w:hAnsi="Arial" w:cs="Arial"/>
          <w:b w:val="0"/>
        </w:rPr>
        <w:t xml:space="preserve"> </w:t>
      </w:r>
      <w:proofErr w:type="spellStart"/>
      <w:r w:rsidRPr="00657319">
        <w:rPr>
          <w:rStyle w:val="Pogrubienie"/>
          <w:rFonts w:ascii="Arial" w:hAnsi="Arial" w:cs="Arial"/>
          <w:b w:val="0"/>
        </w:rPr>
        <w:t>signature</w:t>
      </w:r>
      <w:proofErr w:type="spellEnd"/>
    </w:p>
    <w:p w:rsidR="00657319" w:rsidRPr="00657319" w:rsidRDefault="00657319" w:rsidP="00657319">
      <w:pPr>
        <w:rPr>
          <w:rFonts w:ascii="Arial" w:hAnsi="Arial" w:cs="Arial"/>
        </w:rPr>
      </w:pPr>
      <w:r w:rsidRPr="00657319">
        <w:rPr>
          <w:rFonts w:ascii="Arial" w:hAnsi="Arial" w:cs="Arial"/>
        </w:rPr>
        <w:pict>
          <v:rect id="_x0000_i1049" style="width:0;height:1.5pt" o:hralign="center" o:hrstd="t" o:hr="t" fillcolor="#a0a0a0" stroked="f"/>
        </w:pict>
      </w:r>
    </w:p>
    <w:p w:rsidR="00657319" w:rsidRPr="00657319" w:rsidRDefault="00657319" w:rsidP="00657319">
      <w:pPr>
        <w:pStyle w:val="Nagwek3"/>
        <w:rPr>
          <w:rFonts w:ascii="Arial" w:hAnsi="Arial" w:cs="Arial"/>
          <w:b w:val="0"/>
        </w:rPr>
      </w:pPr>
      <w:r w:rsidRPr="00657319">
        <w:rPr>
          <w:rStyle w:val="Pogrubienie"/>
          <w:rFonts w:ascii="Arial" w:hAnsi="Arial" w:cs="Arial"/>
          <w:bCs/>
        </w:rPr>
        <w:t>Applicable to foreign nationals:</w:t>
      </w:r>
    </w:p>
    <w:p w:rsidR="00657319" w:rsidRPr="00657319" w:rsidRDefault="00657319" w:rsidP="0065731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hAnsi="Arial" w:cs="Arial"/>
        </w:rPr>
      </w:pPr>
      <w:r w:rsidRPr="00657319">
        <w:rPr>
          <w:rStyle w:val="Pogrubienie"/>
          <w:rFonts w:ascii="Arial" w:hAnsi="Arial" w:cs="Arial"/>
          <w:b w:val="0"/>
        </w:rPr>
        <w:t>Fee for participation in the internship:</w:t>
      </w:r>
      <w:r w:rsidRPr="00657319">
        <w:rPr>
          <w:rFonts w:ascii="Arial" w:hAnsi="Arial" w:cs="Arial"/>
        </w:rPr>
        <w:br/>
        <w:t>......................................................................................................................</w:t>
      </w:r>
      <w:r w:rsidRPr="00657319">
        <w:rPr>
          <w:rFonts w:ascii="Arial" w:hAnsi="Arial" w:cs="Arial"/>
        </w:rPr>
        <w:br/>
      </w:r>
      <w:r w:rsidRPr="00657319">
        <w:rPr>
          <w:rStyle w:val="Uwydatnienie"/>
          <w:rFonts w:ascii="Arial" w:hAnsi="Arial" w:cs="Arial"/>
        </w:rPr>
        <w:t>The University’s account must be credited before the internship begins.</w:t>
      </w:r>
      <w:r w:rsidRPr="00657319">
        <w:rPr>
          <w:rFonts w:ascii="Arial" w:hAnsi="Arial" w:cs="Arial"/>
        </w:rPr>
        <w:t xml:space="preserve"> </w:t>
      </w:r>
    </w:p>
    <w:p w:rsidR="00657319" w:rsidRPr="00657319" w:rsidRDefault="00657319" w:rsidP="0065731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Arial" w:hAnsi="Arial" w:cs="Arial"/>
        </w:rPr>
      </w:pPr>
      <w:r w:rsidRPr="00657319">
        <w:rPr>
          <w:rFonts w:ascii="Segoe UI Symbol" w:hAnsi="Segoe UI Symbol" w:cs="Segoe UI Symbol"/>
        </w:rPr>
        <w:t>☐</w:t>
      </w:r>
      <w:r w:rsidRPr="00657319">
        <w:rPr>
          <w:rFonts w:ascii="Arial" w:hAnsi="Arial" w:cs="Arial"/>
        </w:rPr>
        <w:t xml:space="preserve"> The internship fee is waived </w:t>
      </w:r>
    </w:p>
    <w:p w:rsidR="00657319" w:rsidRPr="00657319" w:rsidRDefault="00657319" w:rsidP="00657319">
      <w:pPr>
        <w:spacing w:after="0"/>
        <w:rPr>
          <w:rFonts w:ascii="Arial" w:hAnsi="Arial" w:cs="Arial"/>
        </w:rPr>
      </w:pPr>
      <w:r w:rsidRPr="00657319">
        <w:rPr>
          <w:rFonts w:ascii="Arial" w:hAnsi="Arial" w:cs="Arial"/>
        </w:rPr>
        <w:pict>
          <v:rect id="_x0000_i1050" style="width:0;height:1.5pt" o:hralign="center" o:hrstd="t" o:hr="t" fillcolor="#a0a0a0" stroked="f"/>
        </w:pict>
      </w:r>
    </w:p>
    <w:p w:rsidR="00657319" w:rsidRPr="00657319" w:rsidRDefault="00657319" w:rsidP="00657319">
      <w:pPr>
        <w:pStyle w:val="NormalnyWeb"/>
        <w:rPr>
          <w:rFonts w:ascii="Arial" w:hAnsi="Arial" w:cs="Arial"/>
          <w:lang w:val="en-US"/>
        </w:rPr>
      </w:pPr>
      <w:r w:rsidRPr="00657319">
        <w:rPr>
          <w:rStyle w:val="Pogrubienie"/>
          <w:rFonts w:ascii="Arial" w:hAnsi="Arial" w:cs="Arial"/>
          <w:b w:val="0"/>
          <w:lang w:val="en-US"/>
        </w:rPr>
        <w:t>Admission decision (Rector):</w:t>
      </w:r>
      <w:r w:rsidRPr="00657319">
        <w:rPr>
          <w:rFonts w:ascii="Arial" w:hAnsi="Arial" w:cs="Arial"/>
          <w:lang w:val="en-US"/>
        </w:rPr>
        <w:br/>
      </w:r>
      <w:r w:rsidRPr="00657319">
        <w:rPr>
          <w:rFonts w:ascii="Segoe UI Symbol" w:hAnsi="Segoe UI Symbol" w:cs="Segoe UI Symbol"/>
          <w:lang w:val="en-US"/>
        </w:rPr>
        <w:t>☐</w:t>
      </w:r>
      <w:r w:rsidRPr="00657319">
        <w:rPr>
          <w:rFonts w:ascii="Arial" w:hAnsi="Arial" w:cs="Arial"/>
          <w:lang w:val="en-US"/>
        </w:rPr>
        <w:t xml:space="preserve"> Approved</w:t>
      </w:r>
      <w:r w:rsidRPr="00657319">
        <w:rPr>
          <w:rFonts w:ascii="Arial" w:hAnsi="Arial" w:cs="Arial"/>
          <w:lang w:val="en-US"/>
        </w:rPr>
        <w:br/>
      </w:r>
      <w:r w:rsidRPr="00657319">
        <w:rPr>
          <w:rFonts w:ascii="Segoe UI Symbol" w:hAnsi="Segoe UI Symbol" w:cs="Segoe UI Symbol"/>
          <w:lang w:val="en-US"/>
        </w:rPr>
        <w:t>☐</w:t>
      </w:r>
      <w:r w:rsidRPr="00657319">
        <w:rPr>
          <w:rFonts w:ascii="Arial" w:hAnsi="Arial" w:cs="Arial"/>
          <w:lang w:val="en-US"/>
        </w:rPr>
        <w:t xml:space="preserve"> Not approved</w:t>
      </w:r>
    </w:p>
    <w:p w:rsidR="00657319" w:rsidRPr="00657319" w:rsidRDefault="00657319" w:rsidP="00657319">
      <w:pPr>
        <w:pStyle w:val="NormalnyWeb"/>
        <w:rPr>
          <w:rFonts w:ascii="Arial" w:hAnsi="Arial" w:cs="Arial"/>
        </w:rPr>
      </w:pPr>
      <w:r w:rsidRPr="00657319">
        <w:rPr>
          <w:rFonts w:ascii="Arial" w:hAnsi="Arial" w:cs="Arial"/>
        </w:rPr>
        <w:t>......................................................................................................................</w:t>
      </w:r>
      <w:r w:rsidRPr="00657319">
        <w:rPr>
          <w:rFonts w:ascii="Arial" w:hAnsi="Arial" w:cs="Arial"/>
        </w:rPr>
        <w:br/>
      </w:r>
      <w:proofErr w:type="spellStart"/>
      <w:r w:rsidRPr="00657319">
        <w:rPr>
          <w:rStyle w:val="Pogrubienie"/>
          <w:rFonts w:ascii="Arial" w:hAnsi="Arial" w:cs="Arial"/>
          <w:b w:val="0"/>
        </w:rPr>
        <w:t>Rector’s</w:t>
      </w:r>
      <w:proofErr w:type="spellEnd"/>
      <w:r w:rsidRPr="00657319">
        <w:rPr>
          <w:rStyle w:val="Pogrubienie"/>
          <w:rFonts w:ascii="Arial" w:hAnsi="Arial" w:cs="Arial"/>
          <w:b w:val="0"/>
        </w:rPr>
        <w:t xml:space="preserve"> </w:t>
      </w:r>
      <w:proofErr w:type="spellStart"/>
      <w:r w:rsidRPr="00657319">
        <w:rPr>
          <w:rStyle w:val="Pogrubienie"/>
          <w:rFonts w:ascii="Arial" w:hAnsi="Arial" w:cs="Arial"/>
          <w:b w:val="0"/>
        </w:rPr>
        <w:t>signature</w:t>
      </w:r>
      <w:proofErr w:type="spellEnd"/>
    </w:p>
    <w:p w:rsidR="001D736A" w:rsidRPr="001D736A" w:rsidRDefault="001D736A" w:rsidP="00657319">
      <w:pPr>
        <w:rPr>
          <w:rFonts w:ascii="Arial" w:hAnsi="Arial" w:cs="Arial"/>
          <w:b/>
        </w:rPr>
      </w:pPr>
    </w:p>
    <w:p w:rsidR="00657319" w:rsidRDefault="00657319">
      <w:pPr>
        <w:jc w:val="center"/>
        <w:rPr>
          <w:rFonts w:ascii="Arial" w:hAnsi="Arial" w:cs="Arial"/>
          <w:b/>
        </w:rPr>
      </w:pPr>
    </w:p>
    <w:p w:rsidR="00657319" w:rsidRDefault="00657319">
      <w:pPr>
        <w:jc w:val="center"/>
        <w:rPr>
          <w:rFonts w:ascii="Arial" w:hAnsi="Arial" w:cs="Arial"/>
          <w:b/>
        </w:rPr>
      </w:pPr>
    </w:p>
    <w:p w:rsidR="00657319" w:rsidRDefault="00657319">
      <w:pPr>
        <w:jc w:val="center"/>
        <w:rPr>
          <w:rFonts w:ascii="Arial" w:hAnsi="Arial" w:cs="Arial"/>
          <w:b/>
        </w:rPr>
      </w:pPr>
    </w:p>
    <w:p w:rsidR="00657319" w:rsidRDefault="00657319">
      <w:pPr>
        <w:jc w:val="center"/>
        <w:rPr>
          <w:rFonts w:ascii="Arial" w:hAnsi="Arial" w:cs="Arial"/>
          <w:b/>
        </w:rPr>
      </w:pPr>
      <w:r w:rsidRPr="001D2382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C5E057A" wp14:editId="4E04FBC7">
            <wp:simplePos x="0" y="0"/>
            <wp:positionH relativeFrom="margin">
              <wp:posOffset>-314325</wp:posOffset>
            </wp:positionH>
            <wp:positionV relativeFrom="margin">
              <wp:posOffset>37465</wp:posOffset>
            </wp:positionV>
            <wp:extent cx="1606485" cy="710423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06485" cy="71042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57319" w:rsidRDefault="00657319" w:rsidP="00657319">
      <w:pPr>
        <w:jc w:val="center"/>
        <w:rPr>
          <w:rFonts w:ascii="Arial" w:hAnsi="Arial" w:cs="Arial"/>
          <w:b/>
          <w:sz w:val="28"/>
          <w:szCs w:val="28"/>
        </w:rPr>
      </w:pPr>
    </w:p>
    <w:p w:rsidR="00657319" w:rsidRDefault="00657319" w:rsidP="00657319">
      <w:pPr>
        <w:jc w:val="center"/>
        <w:rPr>
          <w:rFonts w:ascii="Arial" w:hAnsi="Arial" w:cs="Arial"/>
          <w:b/>
          <w:sz w:val="28"/>
          <w:szCs w:val="28"/>
        </w:rPr>
      </w:pPr>
    </w:p>
    <w:p w:rsidR="00657319" w:rsidRDefault="00657319" w:rsidP="00657319">
      <w:pPr>
        <w:jc w:val="center"/>
        <w:rPr>
          <w:rFonts w:ascii="Arial" w:hAnsi="Arial" w:cs="Arial"/>
          <w:b/>
          <w:sz w:val="28"/>
          <w:szCs w:val="28"/>
        </w:rPr>
      </w:pPr>
      <w:r w:rsidRPr="00657319">
        <w:rPr>
          <w:rFonts w:ascii="Arial" w:hAnsi="Arial" w:cs="Arial"/>
          <w:b/>
          <w:sz w:val="28"/>
          <w:szCs w:val="28"/>
        </w:rPr>
        <w:t>INTERNSHIP AGREEMENT</w:t>
      </w:r>
    </w:p>
    <w:p w:rsidR="00657319" w:rsidRPr="00657319" w:rsidRDefault="00657319" w:rsidP="00657319">
      <w:pPr>
        <w:jc w:val="center"/>
        <w:rPr>
          <w:rFonts w:ascii="Arial" w:hAnsi="Arial" w:cs="Arial"/>
          <w:b/>
          <w:sz w:val="28"/>
          <w:szCs w:val="28"/>
        </w:rPr>
      </w:pP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Concluded on ....</w:t>
      </w:r>
      <w:r w:rsidRPr="001D736A">
        <w:rPr>
          <w:rFonts w:ascii="Arial" w:hAnsi="Arial" w:cs="Arial"/>
        </w:rPr>
        <w:t>.................................................. between: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  <w:lang w:val="pl-PL"/>
        </w:rPr>
        <w:t xml:space="preserve">Kazimierz Wielki University in Bydgoszcz, ul. </w:t>
      </w:r>
      <w:proofErr w:type="spellStart"/>
      <w:r w:rsidRPr="001D736A">
        <w:rPr>
          <w:rFonts w:ascii="Arial" w:hAnsi="Arial" w:cs="Arial"/>
        </w:rPr>
        <w:t>Chodkiewicza</w:t>
      </w:r>
      <w:proofErr w:type="spellEnd"/>
      <w:r w:rsidRPr="001D736A">
        <w:rPr>
          <w:rFonts w:ascii="Arial" w:hAnsi="Arial" w:cs="Arial"/>
        </w:rPr>
        <w:t xml:space="preserve"> 30, 85-064 Bydgoszcz, NIP 5542647568, REGON 340057695, hereinafter referred to as the “University”,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represented by:</w:t>
      </w:r>
      <w:r w:rsidRPr="001D736A">
        <w:rPr>
          <w:rFonts w:ascii="Arial" w:hAnsi="Arial" w:cs="Arial"/>
        </w:rPr>
        <w:br/>
        <w:t>Dean: ...............</w:t>
      </w:r>
      <w:r w:rsidRPr="001D736A">
        <w:rPr>
          <w:rFonts w:ascii="Arial" w:hAnsi="Arial" w:cs="Arial"/>
        </w:rPr>
        <w:t>.......................................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and</w:t>
      </w:r>
    </w:p>
    <w:p w:rsidR="001D736A" w:rsidRPr="001D736A" w:rsidRDefault="001D736A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......................................................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(name, degree, academic title, ID/passport number)</w:t>
      </w:r>
      <w:r w:rsidRPr="001D736A">
        <w:rPr>
          <w:rFonts w:ascii="Arial" w:hAnsi="Arial" w:cs="Arial"/>
        </w:rPr>
        <w:br/>
        <w:t>hereinafter referred to as the “Intern.”</w:t>
      </w:r>
    </w:p>
    <w:p w:rsidR="000A00F0" w:rsidRPr="001D736A" w:rsidRDefault="00657319" w:rsidP="00657319">
      <w:pPr>
        <w:spacing w:line="240" w:lineRule="auto"/>
        <w:jc w:val="center"/>
        <w:rPr>
          <w:rFonts w:ascii="Arial" w:hAnsi="Arial" w:cs="Arial"/>
        </w:rPr>
      </w:pPr>
      <w:r w:rsidRPr="001D736A">
        <w:rPr>
          <w:rFonts w:ascii="Arial" w:hAnsi="Arial" w:cs="Arial"/>
          <w:b/>
        </w:rPr>
        <w:t>Section I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1. This agreement defines the rules of internships held at the University. Organizational conditions are speci</w:t>
      </w:r>
      <w:r w:rsidRPr="001D736A">
        <w:rPr>
          <w:rFonts w:ascii="Arial" w:hAnsi="Arial" w:cs="Arial"/>
        </w:rPr>
        <w:t>fied in the attached Individual Internship Program. In matters not regulated, the Internship Regulations issued by the Rector apply.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2. The Intern declares that they: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1) have read the Internship Program and Regulations;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 xml:space="preserve">2) will follow supervisor </w:t>
      </w:r>
      <w:r w:rsidRPr="001D736A">
        <w:rPr>
          <w:rFonts w:ascii="Arial" w:hAnsi="Arial" w:cs="Arial"/>
        </w:rPr>
        <w:t>instructions;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3) will comply with all regulations and safety rules;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4) have completed required health and safety training;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 xml:space="preserve">5) will maintain </w:t>
      </w:r>
      <w:r>
        <w:rPr>
          <w:rFonts w:ascii="Arial" w:hAnsi="Arial" w:cs="Arial"/>
        </w:rPr>
        <w:t xml:space="preserve">the </w:t>
      </w:r>
      <w:r w:rsidRPr="001D736A">
        <w:rPr>
          <w:rFonts w:ascii="Arial" w:hAnsi="Arial" w:cs="Arial"/>
        </w:rPr>
        <w:t>confidentiality of all obtained information.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br/>
        <w:t>Both Parties agree that: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 xml:space="preserve">1) The Intern receives no remuneration or </w:t>
      </w:r>
      <w:r w:rsidRPr="001D736A">
        <w:rPr>
          <w:rFonts w:ascii="Arial" w:hAnsi="Arial" w:cs="Arial"/>
        </w:rPr>
        <w:t>reimbursement.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2) The Intern is liable for damages caused.</w:t>
      </w:r>
    </w:p>
    <w:p w:rsidR="00657319" w:rsidRPr="00657319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3) Copyrights transfer to the University unless otherwise stated.</w:t>
      </w:r>
    </w:p>
    <w:p w:rsidR="000A00F0" w:rsidRPr="001D736A" w:rsidRDefault="00657319" w:rsidP="00657319">
      <w:pPr>
        <w:spacing w:line="240" w:lineRule="auto"/>
        <w:jc w:val="center"/>
        <w:rPr>
          <w:rFonts w:ascii="Arial" w:hAnsi="Arial" w:cs="Arial"/>
        </w:rPr>
      </w:pPr>
      <w:r w:rsidRPr="001D736A">
        <w:rPr>
          <w:rFonts w:ascii="Arial" w:hAnsi="Arial" w:cs="Arial"/>
          <w:b/>
        </w:rPr>
        <w:t>Section II</w:t>
      </w: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t>This Agreement is executed in two identical copies, one for each Party.</w:t>
      </w:r>
    </w:p>
    <w:p w:rsidR="00657319" w:rsidRDefault="00657319" w:rsidP="00657319">
      <w:pPr>
        <w:spacing w:line="240" w:lineRule="auto"/>
        <w:rPr>
          <w:rFonts w:ascii="Arial" w:hAnsi="Arial" w:cs="Arial"/>
        </w:rPr>
      </w:pPr>
    </w:p>
    <w:p w:rsidR="000A00F0" w:rsidRPr="001D736A" w:rsidRDefault="00657319" w:rsidP="00657319">
      <w:pPr>
        <w:spacing w:line="240" w:lineRule="auto"/>
        <w:rPr>
          <w:rFonts w:ascii="Arial" w:hAnsi="Arial" w:cs="Arial"/>
        </w:rPr>
      </w:pPr>
      <w:r w:rsidRPr="001D736A">
        <w:rPr>
          <w:rFonts w:ascii="Arial" w:hAnsi="Arial" w:cs="Arial"/>
        </w:rPr>
        <w:br/>
        <w:t>Dean: .........................................</w:t>
      </w:r>
      <w:r w:rsidRPr="001D736A">
        <w:rPr>
          <w:rFonts w:ascii="Arial" w:hAnsi="Arial" w:cs="Arial"/>
        </w:rPr>
        <w:t>.............</w:t>
      </w:r>
    </w:p>
    <w:p w:rsidR="000A00F0" w:rsidRPr="001D736A" w:rsidRDefault="00657319">
      <w:pPr>
        <w:rPr>
          <w:rFonts w:ascii="Arial" w:hAnsi="Arial" w:cs="Arial"/>
        </w:rPr>
      </w:pPr>
      <w:r w:rsidRPr="001D736A">
        <w:rPr>
          <w:rFonts w:ascii="Arial" w:hAnsi="Arial" w:cs="Arial"/>
        </w:rPr>
        <w:t>Intern: ......................................................</w:t>
      </w:r>
    </w:p>
    <w:sectPr w:rsidR="000A00F0" w:rsidRPr="001D736A" w:rsidSect="00657319">
      <w:pgSz w:w="12240" w:h="15840"/>
      <w:pgMar w:top="568" w:right="1800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FAA7DD0"/>
    <w:multiLevelType w:val="multilevel"/>
    <w:tmpl w:val="E0F83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A54ABC"/>
    <w:multiLevelType w:val="multilevel"/>
    <w:tmpl w:val="A1CEE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00F0"/>
    <w:rsid w:val="0015074B"/>
    <w:rsid w:val="001D736A"/>
    <w:rsid w:val="0029639D"/>
    <w:rsid w:val="00326F90"/>
    <w:rsid w:val="00657319"/>
    <w:rsid w:val="00667E5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62249B"/>
  <w14:defaultImageDpi w14:val="300"/>
  <w15:docId w15:val="{ECCDB025-42CD-4521-A5FB-3B72CC53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nyWeb">
    <w:name w:val="Normal (Web)"/>
    <w:basedOn w:val="Normalny"/>
    <w:uiPriority w:val="99"/>
    <w:semiHidden/>
    <w:unhideWhenUsed/>
    <w:rsid w:val="001D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3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39EB342-8302-40AE-B289-109E5DBE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3558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4142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ola</cp:lastModifiedBy>
  <cp:revision>2</cp:revision>
  <dcterms:created xsi:type="dcterms:W3CDTF">2026-04-22T10:04:00Z</dcterms:created>
  <dcterms:modified xsi:type="dcterms:W3CDTF">2026-04-22T10:04:00Z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7cc793ec-e1b5-40bc-84d4-fc920e5418b6</vt:lpwstr>
  </property>
</Properties>
</file>